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4C00" w14:textId="77777777" w:rsidR="00E21A6A" w:rsidRDefault="00E21A6A" w:rsidP="00E21A6A">
      <w:pPr>
        <w:pStyle w:val="Heading1"/>
        <w:spacing w:before="0"/>
        <w:rPr>
          <w:rFonts w:ascii="Arial" w:hAnsi="Arial" w:cs="Arial"/>
          <w:color w:val="0070C0"/>
        </w:rPr>
      </w:pPr>
    </w:p>
    <w:p w14:paraId="726C3D3B" w14:textId="1406DE99" w:rsidR="005B21D5" w:rsidRDefault="00DC754F" w:rsidP="00E21A6A">
      <w:pPr>
        <w:pStyle w:val="Heading1"/>
        <w:spacing w:before="0"/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Our School Behaviour Promise</w:t>
      </w:r>
    </w:p>
    <w:p w14:paraId="67ADDD12" w14:textId="77777777" w:rsidR="00E21A6A" w:rsidRPr="00E21A6A" w:rsidRDefault="00E21A6A" w:rsidP="00E21A6A"/>
    <w:p w14:paraId="7281E4DA" w14:textId="2EEE9396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At Marshfields School, we want every child to feel safe, happy, cared for, and included.</w:t>
      </w:r>
    </w:p>
    <w:p w14:paraId="2C765198" w14:textId="11A0B770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We help children learn how to make good choices and behave kindly to others.</w:t>
      </w:r>
    </w:p>
    <w:p w14:paraId="5224ED63" w14:textId="77777777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How we help children behave well:</w:t>
      </w:r>
    </w:p>
    <w:p w14:paraId="6DB3DF81" w14:textId="77777777" w:rsidR="005B21D5" w:rsidRPr="00E21A6A" w:rsidRDefault="00DC754F" w:rsidP="00E21A6A">
      <w:pPr>
        <w:spacing w:after="0"/>
        <w:rPr>
          <w:rFonts w:ascii="Arial" w:hAnsi="Arial" w:cs="Arial"/>
        </w:rPr>
      </w:pPr>
      <w:r w:rsidRPr="00E21A6A">
        <w:rPr>
          <w:rFonts w:ascii="Arial" w:hAnsi="Arial" w:cs="Arial"/>
        </w:rPr>
        <w:t>• We teach children what is right and wrong</w:t>
      </w:r>
    </w:p>
    <w:p w14:paraId="28925153" w14:textId="77777777" w:rsidR="005B21D5" w:rsidRPr="00E21A6A" w:rsidRDefault="00DC754F" w:rsidP="00E21A6A">
      <w:pPr>
        <w:spacing w:after="0"/>
        <w:rPr>
          <w:rFonts w:ascii="Arial" w:hAnsi="Arial" w:cs="Arial"/>
        </w:rPr>
      </w:pPr>
      <w:r w:rsidRPr="00E21A6A">
        <w:rPr>
          <w:rFonts w:ascii="Arial" w:hAnsi="Arial" w:cs="Arial"/>
        </w:rPr>
        <w:t>• We praise good behaviour</w:t>
      </w:r>
    </w:p>
    <w:p w14:paraId="1046A191" w14:textId="77777777" w:rsidR="005B21D5" w:rsidRPr="00E21A6A" w:rsidRDefault="00DC754F" w:rsidP="00E21A6A">
      <w:pPr>
        <w:spacing w:after="0"/>
        <w:rPr>
          <w:rFonts w:ascii="Arial" w:hAnsi="Arial" w:cs="Arial"/>
        </w:rPr>
      </w:pPr>
      <w:r w:rsidRPr="00E21A6A">
        <w:rPr>
          <w:rFonts w:ascii="Arial" w:hAnsi="Arial" w:cs="Arial"/>
        </w:rPr>
        <w:t>• We celebrate small successes</w:t>
      </w:r>
    </w:p>
    <w:p w14:paraId="00B0E4F0" w14:textId="77777777" w:rsidR="005B21D5" w:rsidRPr="00E21A6A" w:rsidRDefault="00DC754F" w:rsidP="00E21A6A">
      <w:pPr>
        <w:spacing w:after="0"/>
        <w:rPr>
          <w:rFonts w:ascii="Arial" w:hAnsi="Arial" w:cs="Arial"/>
        </w:rPr>
      </w:pPr>
      <w:r w:rsidRPr="00E21A6A">
        <w:rPr>
          <w:rFonts w:ascii="Arial" w:hAnsi="Arial" w:cs="Arial"/>
        </w:rPr>
        <w:t>• We help children calm down when they feel upset</w:t>
      </w:r>
    </w:p>
    <w:p w14:paraId="1D4B7394" w14:textId="77777777" w:rsidR="005B21D5" w:rsidRPr="00E21A6A" w:rsidRDefault="005B21D5" w:rsidP="00E21A6A">
      <w:pPr>
        <w:rPr>
          <w:rFonts w:ascii="Arial" w:hAnsi="Arial" w:cs="Arial"/>
        </w:rPr>
      </w:pPr>
    </w:p>
    <w:p w14:paraId="729DA491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Clear rules:</w:t>
      </w:r>
    </w:p>
    <w:p w14:paraId="5B54632C" w14:textId="5DAA0446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Children are expected to be kind and respectful, listen to adults, look after school property, wear the correct uniform, and try their best.</w:t>
      </w:r>
    </w:p>
    <w:p w14:paraId="4F6D68E6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Rewards and praise:</w:t>
      </w:r>
    </w:p>
    <w:p w14:paraId="3BD30B6F" w14:textId="5E72E14C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We celebrate good behaviour with praise, HIVE points, certificates like Star of the Week, and assemblies.</w:t>
      </w:r>
    </w:p>
    <w:p w14:paraId="2A6A6FED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When behaviour is tricky:</w:t>
      </w:r>
    </w:p>
    <w:p w14:paraId="59713740" w14:textId="783A01B7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Sometimes children feel angry, worried, or overwhelmed. Behaviour is a way children tell us how they feel. We help by talking calmly, giving time, and using quiet spaces.</w:t>
      </w:r>
    </w:p>
    <w:p w14:paraId="67617501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Extra help for some children:</w:t>
      </w:r>
    </w:p>
    <w:p w14:paraId="49039EEC" w14:textId="6460B2E7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Some children have a Behaviour Plan to help staff support them. Parents are always involved.</w:t>
      </w:r>
    </w:p>
    <w:p w14:paraId="2AF4982E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Positive handling:</w:t>
      </w:r>
    </w:p>
    <w:p w14:paraId="1419042B" w14:textId="6CBC37A2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Very rarely, trained staff may use gentle physical support to keep everyone safe. Parents are always told.</w:t>
      </w:r>
    </w:p>
    <w:p w14:paraId="1EC198E0" w14:textId="1E30AF5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Sanctions:</w:t>
      </w:r>
    </w:p>
    <w:p w14:paraId="55B0F8D4" w14:textId="7F6A9EB0" w:rsidR="005B21D5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If rules are broken, children may have time out or detention. Very rarely, suspension or exclusion may be used.</w:t>
      </w:r>
    </w:p>
    <w:p w14:paraId="54409291" w14:textId="77777777" w:rsidR="00E21A6A" w:rsidRPr="00E21A6A" w:rsidRDefault="00E21A6A" w:rsidP="00E21A6A">
      <w:pPr>
        <w:rPr>
          <w:rFonts w:ascii="Arial" w:hAnsi="Arial" w:cs="Arial"/>
        </w:rPr>
      </w:pPr>
    </w:p>
    <w:p w14:paraId="0146D07C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lastRenderedPageBreak/>
        <w:t>Bullying:</w:t>
      </w:r>
    </w:p>
    <w:p w14:paraId="11D0446F" w14:textId="3856D008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Bullying is not allowed. We act quickly and support children.</w:t>
      </w:r>
    </w:p>
    <w:p w14:paraId="7DDE16B9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Working with parents:</w:t>
      </w:r>
    </w:p>
    <w:p w14:paraId="35CBF215" w14:textId="757793C0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We work closely with parents to support children at home and school.</w:t>
      </w:r>
    </w:p>
    <w:p w14:paraId="6C12EF63" w14:textId="77777777" w:rsidR="005B21D5" w:rsidRPr="00E21A6A" w:rsidRDefault="00DC754F" w:rsidP="00E21A6A">
      <w:pPr>
        <w:rPr>
          <w:rFonts w:ascii="Arial" w:hAnsi="Arial" w:cs="Arial"/>
          <w:color w:val="0070C0"/>
        </w:rPr>
      </w:pPr>
      <w:r w:rsidRPr="00E21A6A">
        <w:rPr>
          <w:rFonts w:ascii="Arial" w:hAnsi="Arial" w:cs="Arial"/>
          <w:color w:val="0070C0"/>
        </w:rPr>
        <w:t>In simple words:</w:t>
      </w:r>
    </w:p>
    <w:p w14:paraId="2D76880D" w14:textId="77777777" w:rsidR="005B21D5" w:rsidRPr="00E21A6A" w:rsidRDefault="00DC754F" w:rsidP="00E21A6A">
      <w:pPr>
        <w:rPr>
          <w:rFonts w:ascii="Arial" w:hAnsi="Arial" w:cs="Arial"/>
        </w:rPr>
      </w:pPr>
      <w:r w:rsidRPr="00E21A6A">
        <w:rPr>
          <w:rFonts w:ascii="Arial" w:hAnsi="Arial" w:cs="Arial"/>
        </w:rPr>
        <w:t>We teach kindness, keep everyone safe, and help children grow into happy, respectful people.</w:t>
      </w:r>
    </w:p>
    <w:p w14:paraId="5238C83E" w14:textId="77777777" w:rsidR="00E21A6A" w:rsidRPr="00E21A6A" w:rsidRDefault="00E21A6A" w:rsidP="00E21A6A">
      <w:pPr>
        <w:rPr>
          <w:rFonts w:ascii="Arial" w:hAnsi="Arial" w:cs="Arial"/>
        </w:rPr>
      </w:pPr>
    </w:p>
    <w:p w14:paraId="6C08D0FC" w14:textId="29463568" w:rsidR="00E21A6A" w:rsidRPr="00E21A6A" w:rsidRDefault="00E21A6A" w:rsidP="00E21A6A">
      <w:pPr>
        <w:tabs>
          <w:tab w:val="left" w:pos="6255"/>
        </w:tabs>
        <w:rPr>
          <w:rFonts w:ascii="Arial" w:hAnsi="Arial" w:cs="Arial"/>
        </w:rPr>
      </w:pPr>
      <w:r w:rsidRPr="00E21A6A">
        <w:rPr>
          <w:rFonts w:ascii="Arial" w:hAnsi="Arial" w:cs="Arial"/>
        </w:rPr>
        <w:tab/>
      </w:r>
    </w:p>
    <w:sectPr w:rsidR="00E21A6A" w:rsidRPr="00E21A6A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60DED" w14:textId="77777777" w:rsidR="00E21A6A" w:rsidRDefault="00E21A6A" w:rsidP="00E21A6A">
      <w:pPr>
        <w:spacing w:after="0" w:line="240" w:lineRule="auto"/>
      </w:pPr>
      <w:r>
        <w:separator/>
      </w:r>
    </w:p>
  </w:endnote>
  <w:endnote w:type="continuationSeparator" w:id="0">
    <w:p w14:paraId="1CC9ED68" w14:textId="77777777" w:rsidR="00E21A6A" w:rsidRDefault="00E21A6A" w:rsidP="00E21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B605" w14:textId="77777777" w:rsidR="00281063" w:rsidRDefault="002810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7798657"/>
      <w:docPartObj>
        <w:docPartGallery w:val="Page Numbers (Bottom of Page)"/>
        <w:docPartUnique/>
      </w:docPartObj>
    </w:sdtPr>
    <w:sdtEndPr/>
    <w:sdtContent>
      <w:p w14:paraId="7C601195" w14:textId="3F8DC292" w:rsidR="00E21A6A" w:rsidRDefault="00E21A6A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92032" behindDoc="0" locked="0" layoutInCell="1" allowOverlap="1" wp14:anchorId="0DC78FD3" wp14:editId="6AAA7083">
                  <wp:simplePos x="0" y="0"/>
                  <wp:positionH relativeFrom="margin">
                    <wp:posOffset>-933450</wp:posOffset>
                  </wp:positionH>
                  <wp:positionV relativeFrom="paragraph">
                    <wp:posOffset>276225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05ACD1" w14:textId="77777777" w:rsidR="00E21A6A" w:rsidRPr="000936C2" w:rsidRDefault="00E21A6A" w:rsidP="00E21A6A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DC78FD3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73.5pt;margin-top:21.75pt;width:399.75pt;height:1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AodCRzf&#10;AAAACgEAAA8AAAAAAAAAAAAAAAAAZQQAAGRycy9kb3ducmV2LnhtbFBLBQYAAAAABAAEAPMAAABx&#10;BQAAAAA=&#10;" stroked="f">
                  <v:textbox>
                    <w:txbxContent>
                      <w:p w14:paraId="5A05ACD1" w14:textId="77777777" w:rsidR="00E21A6A" w:rsidRPr="000936C2" w:rsidRDefault="00E21A6A" w:rsidP="00E21A6A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0D124E97" w14:textId="3C6E3315" w:rsidR="00E21A6A" w:rsidRDefault="00E21A6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F1C8603" wp14:editId="68810658">
              <wp:simplePos x="0" y="0"/>
              <wp:positionH relativeFrom="margin">
                <wp:posOffset>4429125</wp:posOffset>
              </wp:positionH>
              <wp:positionV relativeFrom="page">
                <wp:posOffset>9570720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E1DAC9" w14:textId="77777777" w:rsidR="00E21A6A" w:rsidRPr="000936C2" w:rsidRDefault="00E21A6A" w:rsidP="00E21A6A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1C8603" id="Text Box 1505302268" o:spid="_x0000_s1027" type="#_x0000_t202" style="position:absolute;margin-left:348.75pt;margin-top:753.6pt;width:141.7pt;height:34.4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OKE9AnhAAAADQEAAA8AAAAAAAAAAAAAAAAAaQQAAGRycy9kb3ducmV2LnhtbFBLBQYAAAAABAAE&#10;APMAAAB3BQAAAAA=&#10;" filled="f" stroked="f" strokeweight=".5pt">
              <v:textbox inset="0,0,0,0">
                <w:txbxContent>
                  <w:p w14:paraId="28E1DAC9" w14:textId="77777777" w:rsidR="00E21A6A" w:rsidRPr="000936C2" w:rsidRDefault="00E21A6A" w:rsidP="00E21A6A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  <w:r w:rsidRPr="00554DAF">
      <w:rPr>
        <w:noProof/>
      </w:rPr>
      <w:drawing>
        <wp:anchor distT="0" distB="0" distL="114300" distR="114300" simplePos="0" relativeHeight="251695104" behindDoc="0" locked="0" layoutInCell="1" allowOverlap="1" wp14:anchorId="3C015D88" wp14:editId="426B0DBF">
          <wp:simplePos x="0" y="0"/>
          <wp:positionH relativeFrom="page">
            <wp:posOffset>-474345</wp:posOffset>
          </wp:positionH>
          <wp:positionV relativeFrom="page">
            <wp:posOffset>9896475</wp:posOffset>
          </wp:positionV>
          <wp:extent cx="8240318" cy="153035"/>
          <wp:effectExtent l="0" t="0" r="8890" b="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0318" cy="153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073E3" w14:textId="77777777" w:rsidR="00281063" w:rsidRDefault="002810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BA2BE" w14:textId="77777777" w:rsidR="00E21A6A" w:rsidRDefault="00E21A6A" w:rsidP="00E21A6A">
      <w:pPr>
        <w:spacing w:after="0" w:line="240" w:lineRule="auto"/>
      </w:pPr>
      <w:r>
        <w:separator/>
      </w:r>
    </w:p>
  </w:footnote>
  <w:footnote w:type="continuationSeparator" w:id="0">
    <w:p w14:paraId="27A01289" w14:textId="77777777" w:rsidR="00E21A6A" w:rsidRDefault="00E21A6A" w:rsidP="00E21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C259E" w14:textId="77777777" w:rsidR="00281063" w:rsidRDefault="002810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7EEAC" w14:textId="3A255998" w:rsidR="00E21A6A" w:rsidRPr="00E26C15" w:rsidRDefault="00E21A6A" w:rsidP="00E21A6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</w:rPr>
      <w:drawing>
        <wp:anchor distT="0" distB="0" distL="114300" distR="114300" simplePos="0" relativeHeight="251685888" behindDoc="0" locked="0" layoutInCell="1" allowOverlap="1" wp14:anchorId="3263298B" wp14:editId="213D8E9E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42829167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Behaviour Policy Summary</w:t>
    </w:r>
  </w:p>
  <w:p w14:paraId="45DC05B0" w14:textId="60A30CBF" w:rsidR="00E21A6A" w:rsidRPr="00E26C15" w:rsidRDefault="00E21A6A" w:rsidP="00E21A6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24D31C89" w14:textId="0ECEE6B8" w:rsidR="00E21A6A" w:rsidRPr="00E26C15" w:rsidRDefault="00E21A6A" w:rsidP="00E21A6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</w:t>
    </w:r>
    <w:r w:rsidR="00281063">
      <w:rPr>
        <w:rFonts w:ascii="Arial" w:hAnsi="Arial" w:cs="Arial"/>
        <w:noProof/>
        <w:sz w:val="18"/>
        <w:szCs w:val="18"/>
      </w:rPr>
      <w:t xml:space="preserve">uly </w:t>
    </w:r>
    <w:r>
      <w:rPr>
        <w:rFonts w:ascii="Arial" w:hAnsi="Arial" w:cs="Arial"/>
        <w:noProof/>
        <w:sz w:val="18"/>
        <w:szCs w:val="18"/>
      </w:rPr>
      <w:t>202</w:t>
    </w:r>
    <w:r w:rsidR="00281063">
      <w:rPr>
        <w:rFonts w:ascii="Arial" w:hAnsi="Arial" w:cs="Arial"/>
        <w:noProof/>
        <w:sz w:val="18"/>
        <w:szCs w:val="18"/>
      </w:rPr>
      <w:t>5</w:t>
    </w:r>
  </w:p>
  <w:p w14:paraId="51FA8750" w14:textId="3BF5922F" w:rsidR="00E21A6A" w:rsidRPr="00E26C15" w:rsidRDefault="00E21A6A" w:rsidP="00E21A6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</w:t>
    </w:r>
    <w:r w:rsidR="00281063">
      <w:rPr>
        <w:rFonts w:ascii="Arial" w:hAnsi="Arial" w:cs="Arial"/>
        <w:noProof/>
        <w:sz w:val="18"/>
        <w:szCs w:val="18"/>
      </w:rPr>
      <w:t xml:space="preserve">uly </w:t>
    </w:r>
    <w:r>
      <w:rPr>
        <w:rFonts w:ascii="Arial" w:hAnsi="Arial" w:cs="Arial"/>
        <w:noProof/>
        <w:sz w:val="18"/>
        <w:szCs w:val="18"/>
      </w:rPr>
      <w:t>202</w:t>
    </w:r>
    <w:r w:rsidR="00281063">
      <w:rPr>
        <w:rFonts w:ascii="Arial" w:hAnsi="Arial" w:cs="Arial"/>
        <w:noProof/>
        <w:sz w:val="18"/>
        <w:szCs w:val="18"/>
      </w:rPr>
      <w:t>6</w:t>
    </w:r>
  </w:p>
  <w:p w14:paraId="1325F636" w14:textId="0DB3F5DF" w:rsidR="00E21A6A" w:rsidRDefault="00E21A6A" w:rsidP="00E21A6A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p w14:paraId="5CC2F7B3" w14:textId="77777777" w:rsidR="00E21A6A" w:rsidRDefault="00E21A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22A0" w14:textId="77777777" w:rsidR="00281063" w:rsidRDefault="00281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4735505">
    <w:abstractNumId w:val="8"/>
  </w:num>
  <w:num w:numId="2" w16cid:durableId="1475177286">
    <w:abstractNumId w:val="6"/>
  </w:num>
  <w:num w:numId="3" w16cid:durableId="1009331164">
    <w:abstractNumId w:val="5"/>
  </w:num>
  <w:num w:numId="4" w16cid:durableId="1302079866">
    <w:abstractNumId w:val="4"/>
  </w:num>
  <w:num w:numId="5" w16cid:durableId="2124840748">
    <w:abstractNumId w:val="7"/>
  </w:num>
  <w:num w:numId="6" w16cid:durableId="1064983923">
    <w:abstractNumId w:val="3"/>
  </w:num>
  <w:num w:numId="7" w16cid:durableId="1527137873">
    <w:abstractNumId w:val="2"/>
  </w:num>
  <w:num w:numId="8" w16cid:durableId="2094888187">
    <w:abstractNumId w:val="1"/>
  </w:num>
  <w:num w:numId="9" w16cid:durableId="179983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1063"/>
    <w:rsid w:val="0029639D"/>
    <w:rsid w:val="00326F90"/>
    <w:rsid w:val="0035703D"/>
    <w:rsid w:val="005B21D5"/>
    <w:rsid w:val="009601F9"/>
    <w:rsid w:val="00AA1D8D"/>
    <w:rsid w:val="00B47730"/>
    <w:rsid w:val="00C6792E"/>
    <w:rsid w:val="00CB0664"/>
    <w:rsid w:val="00DC754F"/>
    <w:rsid w:val="00E21A6A"/>
    <w:rsid w:val="00E620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C9D11B6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2026-01-27T10:55:00Z</dcterms:created>
  <dcterms:modified xsi:type="dcterms:W3CDTF">2026-01-29T14:06:00Z</dcterms:modified>
  <cp:category/>
</cp:coreProperties>
</file>