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E1B34" w14:textId="77777777" w:rsidR="001931F0" w:rsidRDefault="006A7B41">
      <w:pPr>
        <w:pStyle w:val="Heading1"/>
        <w:rPr>
          <w:rFonts w:ascii="Arial" w:hAnsi="Arial" w:cs="Arial"/>
          <w:color w:val="0070C0"/>
        </w:rPr>
      </w:pPr>
      <w:r w:rsidRPr="00296C4D">
        <w:rPr>
          <w:rFonts w:ascii="Arial" w:hAnsi="Arial" w:cs="Arial"/>
          <w:color w:val="0070C0"/>
        </w:rPr>
        <w:t>Our School Accessibility Promise</w:t>
      </w:r>
    </w:p>
    <w:p w14:paraId="5F33E303" w14:textId="77777777" w:rsidR="00296C4D" w:rsidRPr="00296C4D" w:rsidRDefault="00296C4D" w:rsidP="00296C4D"/>
    <w:p w14:paraId="45781E08" w14:textId="194C998A" w:rsidR="001931F0" w:rsidRPr="00296C4D" w:rsidRDefault="006A7B41">
      <w:pPr>
        <w:rPr>
          <w:rFonts w:ascii="Arial" w:hAnsi="Arial" w:cs="Arial"/>
        </w:rPr>
      </w:pPr>
      <w:r w:rsidRPr="00296C4D">
        <w:rPr>
          <w:rFonts w:ascii="Arial" w:hAnsi="Arial" w:cs="Arial"/>
        </w:rPr>
        <w:t>At Marshfields School, we believe everyone belongs.</w:t>
      </w:r>
    </w:p>
    <w:p w14:paraId="210B54DA" w14:textId="2AAAEF58" w:rsidR="001931F0" w:rsidRPr="00296C4D" w:rsidRDefault="006A7B41">
      <w:pPr>
        <w:rPr>
          <w:rFonts w:ascii="Arial" w:hAnsi="Arial" w:cs="Arial"/>
        </w:rPr>
      </w:pPr>
      <w:r w:rsidRPr="00296C4D">
        <w:rPr>
          <w:rFonts w:ascii="Arial" w:hAnsi="Arial" w:cs="Arial"/>
        </w:rPr>
        <w:t>We want our school to be a happy and safe place for all children, all families, all staff, and all visitors.</w:t>
      </w:r>
    </w:p>
    <w:p w14:paraId="4AC30297" w14:textId="77777777" w:rsidR="001931F0" w:rsidRPr="00296C4D" w:rsidRDefault="006A7B41">
      <w:pPr>
        <w:rPr>
          <w:rFonts w:ascii="Arial" w:hAnsi="Arial" w:cs="Arial"/>
          <w:color w:val="0070C0"/>
        </w:rPr>
      </w:pPr>
      <w:r w:rsidRPr="00296C4D">
        <w:rPr>
          <w:rFonts w:ascii="Arial" w:hAnsi="Arial" w:cs="Arial"/>
          <w:color w:val="0070C0"/>
        </w:rPr>
        <w:t>What does this mean?</w:t>
      </w:r>
    </w:p>
    <w:p w14:paraId="36473B10" w14:textId="1EAA6ED6" w:rsidR="001931F0" w:rsidRPr="00296C4D" w:rsidRDefault="006A7B41" w:rsidP="00296C4D">
      <w:pPr>
        <w:spacing w:after="0"/>
        <w:rPr>
          <w:rFonts w:ascii="Arial" w:hAnsi="Arial" w:cs="Arial"/>
        </w:rPr>
      </w:pPr>
      <w:r w:rsidRPr="00296C4D">
        <w:rPr>
          <w:rFonts w:ascii="Arial" w:hAnsi="Arial" w:cs="Arial"/>
        </w:rPr>
        <w:t>• We help children who find learning harder</w:t>
      </w:r>
      <w:r w:rsidR="00296C4D">
        <w:rPr>
          <w:rFonts w:ascii="Arial" w:hAnsi="Arial" w:cs="Arial"/>
        </w:rPr>
        <w:t>.</w:t>
      </w:r>
    </w:p>
    <w:p w14:paraId="65B1B757" w14:textId="0B6ABCA5" w:rsidR="001931F0" w:rsidRPr="00296C4D" w:rsidRDefault="006A7B41" w:rsidP="00296C4D">
      <w:pPr>
        <w:spacing w:after="0"/>
        <w:rPr>
          <w:rFonts w:ascii="Arial" w:hAnsi="Arial" w:cs="Arial"/>
        </w:rPr>
      </w:pPr>
      <w:r w:rsidRPr="00296C4D">
        <w:rPr>
          <w:rFonts w:ascii="Arial" w:hAnsi="Arial" w:cs="Arial"/>
        </w:rPr>
        <w:t>• We help children who need extra support</w:t>
      </w:r>
      <w:r w:rsidR="00296C4D">
        <w:rPr>
          <w:rFonts w:ascii="Arial" w:hAnsi="Arial" w:cs="Arial"/>
        </w:rPr>
        <w:t>.</w:t>
      </w:r>
    </w:p>
    <w:p w14:paraId="65C8F44F" w14:textId="18D3C290" w:rsidR="001931F0" w:rsidRDefault="006A7B41" w:rsidP="00296C4D">
      <w:pPr>
        <w:spacing w:after="0"/>
        <w:rPr>
          <w:rFonts w:ascii="Arial" w:hAnsi="Arial" w:cs="Arial"/>
        </w:rPr>
      </w:pPr>
      <w:r w:rsidRPr="00296C4D">
        <w:rPr>
          <w:rFonts w:ascii="Arial" w:hAnsi="Arial" w:cs="Arial"/>
        </w:rPr>
        <w:t>• We make sure no one is left out</w:t>
      </w:r>
      <w:r w:rsidR="00296C4D">
        <w:rPr>
          <w:rFonts w:ascii="Arial" w:hAnsi="Arial" w:cs="Arial"/>
        </w:rPr>
        <w:t>.</w:t>
      </w:r>
    </w:p>
    <w:p w14:paraId="57C60369" w14:textId="77777777" w:rsidR="00296C4D" w:rsidRPr="00296C4D" w:rsidRDefault="00296C4D" w:rsidP="00296C4D">
      <w:pPr>
        <w:spacing w:after="0"/>
        <w:rPr>
          <w:rFonts w:ascii="Arial" w:hAnsi="Arial" w:cs="Arial"/>
        </w:rPr>
      </w:pPr>
    </w:p>
    <w:p w14:paraId="69517475" w14:textId="77777777" w:rsidR="001931F0" w:rsidRPr="00296C4D" w:rsidRDefault="006A7B41">
      <w:pPr>
        <w:rPr>
          <w:rFonts w:ascii="Arial" w:hAnsi="Arial" w:cs="Arial"/>
          <w:color w:val="0070C0"/>
        </w:rPr>
      </w:pPr>
      <w:r w:rsidRPr="00296C4D">
        <w:rPr>
          <w:rFonts w:ascii="Arial" w:hAnsi="Arial" w:cs="Arial"/>
          <w:color w:val="0070C0"/>
        </w:rPr>
        <w:t>Helping children learn</w:t>
      </w:r>
    </w:p>
    <w:p w14:paraId="74ED8CB5" w14:textId="0EDBBFC5" w:rsidR="001931F0" w:rsidRPr="00296C4D" w:rsidRDefault="006A7B41" w:rsidP="00296C4D">
      <w:pPr>
        <w:spacing w:after="0"/>
        <w:rPr>
          <w:rFonts w:ascii="Arial" w:hAnsi="Arial" w:cs="Arial"/>
        </w:rPr>
      </w:pPr>
      <w:r w:rsidRPr="00296C4D">
        <w:rPr>
          <w:rFonts w:ascii="Arial" w:hAnsi="Arial" w:cs="Arial"/>
        </w:rPr>
        <w:t>• Lessons are changed to help each child</w:t>
      </w:r>
      <w:r w:rsidR="00296C4D">
        <w:rPr>
          <w:rFonts w:ascii="Arial" w:hAnsi="Arial" w:cs="Arial"/>
        </w:rPr>
        <w:t>.</w:t>
      </w:r>
    </w:p>
    <w:p w14:paraId="583C04A6" w14:textId="1F58978C" w:rsidR="001931F0" w:rsidRPr="00296C4D" w:rsidRDefault="006A7B41" w:rsidP="00296C4D">
      <w:pPr>
        <w:spacing w:after="0"/>
        <w:rPr>
          <w:rFonts w:ascii="Arial" w:hAnsi="Arial" w:cs="Arial"/>
        </w:rPr>
      </w:pPr>
      <w:r w:rsidRPr="00296C4D">
        <w:rPr>
          <w:rFonts w:ascii="Arial" w:hAnsi="Arial" w:cs="Arial"/>
        </w:rPr>
        <w:t>• Children can go on school trips</w:t>
      </w:r>
      <w:r w:rsidR="00296C4D">
        <w:rPr>
          <w:rFonts w:ascii="Arial" w:hAnsi="Arial" w:cs="Arial"/>
        </w:rPr>
        <w:t>.</w:t>
      </w:r>
    </w:p>
    <w:p w14:paraId="118B28C1" w14:textId="24BAAB6E" w:rsidR="001931F0" w:rsidRPr="00296C4D" w:rsidRDefault="006A7B41" w:rsidP="00296C4D">
      <w:pPr>
        <w:spacing w:after="0"/>
        <w:rPr>
          <w:rFonts w:ascii="Arial" w:hAnsi="Arial" w:cs="Arial"/>
        </w:rPr>
      </w:pPr>
      <w:r w:rsidRPr="00296C4D">
        <w:rPr>
          <w:rFonts w:ascii="Arial" w:hAnsi="Arial" w:cs="Arial"/>
        </w:rPr>
        <w:t>• Children can join clubs, sports, and activities</w:t>
      </w:r>
      <w:r w:rsidR="00296C4D">
        <w:rPr>
          <w:rFonts w:ascii="Arial" w:hAnsi="Arial" w:cs="Arial"/>
        </w:rPr>
        <w:t>.</w:t>
      </w:r>
    </w:p>
    <w:p w14:paraId="7FFA50CB" w14:textId="284F5F13" w:rsidR="001931F0" w:rsidRDefault="006A7B41" w:rsidP="00296C4D">
      <w:pPr>
        <w:spacing w:after="0"/>
        <w:rPr>
          <w:rFonts w:ascii="Arial" w:hAnsi="Arial" w:cs="Arial"/>
        </w:rPr>
      </w:pPr>
      <w:r w:rsidRPr="00296C4D">
        <w:rPr>
          <w:rFonts w:ascii="Arial" w:hAnsi="Arial" w:cs="Arial"/>
        </w:rPr>
        <w:t>• Extra equipment is given if needed</w:t>
      </w:r>
      <w:r w:rsidR="00296C4D">
        <w:rPr>
          <w:rFonts w:ascii="Arial" w:hAnsi="Arial" w:cs="Arial"/>
        </w:rPr>
        <w:t>.</w:t>
      </w:r>
    </w:p>
    <w:p w14:paraId="0C649A13" w14:textId="77777777" w:rsidR="00296C4D" w:rsidRPr="00296C4D" w:rsidRDefault="00296C4D" w:rsidP="00296C4D">
      <w:pPr>
        <w:spacing w:after="0"/>
        <w:rPr>
          <w:rFonts w:ascii="Arial" w:hAnsi="Arial" w:cs="Arial"/>
        </w:rPr>
      </w:pPr>
    </w:p>
    <w:p w14:paraId="40FA7BB9" w14:textId="77777777" w:rsidR="001931F0" w:rsidRPr="00296C4D" w:rsidRDefault="006A7B41">
      <w:pPr>
        <w:rPr>
          <w:rFonts w:ascii="Arial" w:hAnsi="Arial" w:cs="Arial"/>
          <w:color w:val="0070C0"/>
        </w:rPr>
      </w:pPr>
      <w:r w:rsidRPr="00296C4D">
        <w:rPr>
          <w:rFonts w:ascii="Arial" w:hAnsi="Arial" w:cs="Arial"/>
          <w:color w:val="0070C0"/>
        </w:rPr>
        <w:t>Making the school easy to use</w:t>
      </w:r>
    </w:p>
    <w:p w14:paraId="64694B56" w14:textId="07FF13A7" w:rsidR="001931F0" w:rsidRPr="00296C4D" w:rsidRDefault="006A7B41" w:rsidP="00296C4D">
      <w:pPr>
        <w:spacing w:after="0"/>
        <w:rPr>
          <w:rFonts w:ascii="Arial" w:hAnsi="Arial" w:cs="Arial"/>
        </w:rPr>
      </w:pPr>
      <w:r w:rsidRPr="00296C4D">
        <w:rPr>
          <w:rFonts w:ascii="Arial" w:hAnsi="Arial" w:cs="Arial"/>
        </w:rPr>
        <w:t>• Ramps and safe spaces</w:t>
      </w:r>
      <w:r w:rsidR="00296C4D">
        <w:rPr>
          <w:rFonts w:ascii="Arial" w:hAnsi="Arial" w:cs="Arial"/>
        </w:rPr>
        <w:t>.</w:t>
      </w:r>
    </w:p>
    <w:p w14:paraId="367C07FF" w14:textId="5FA1A689" w:rsidR="001931F0" w:rsidRPr="00296C4D" w:rsidRDefault="006A7B41" w:rsidP="00296C4D">
      <w:pPr>
        <w:spacing w:after="0"/>
        <w:rPr>
          <w:rFonts w:ascii="Arial" w:hAnsi="Arial" w:cs="Arial"/>
        </w:rPr>
      </w:pPr>
      <w:r w:rsidRPr="00296C4D">
        <w:rPr>
          <w:rFonts w:ascii="Arial" w:hAnsi="Arial" w:cs="Arial"/>
        </w:rPr>
        <w:t>• Disabled toilets and parking</w:t>
      </w:r>
      <w:r w:rsidR="00296C4D">
        <w:rPr>
          <w:rFonts w:ascii="Arial" w:hAnsi="Arial" w:cs="Arial"/>
        </w:rPr>
        <w:t>.</w:t>
      </w:r>
    </w:p>
    <w:p w14:paraId="4F4B8EBD" w14:textId="577ED0CD" w:rsidR="001931F0" w:rsidRPr="00296C4D" w:rsidRDefault="006A7B41" w:rsidP="00296C4D">
      <w:pPr>
        <w:spacing w:after="0"/>
        <w:rPr>
          <w:rFonts w:ascii="Arial" w:hAnsi="Arial" w:cs="Arial"/>
        </w:rPr>
      </w:pPr>
      <w:r w:rsidRPr="00296C4D">
        <w:rPr>
          <w:rFonts w:ascii="Arial" w:hAnsi="Arial" w:cs="Arial"/>
        </w:rPr>
        <w:t>• Special</w:t>
      </w:r>
      <w:r w:rsidR="0009772C" w:rsidRPr="00296C4D">
        <w:rPr>
          <w:rFonts w:ascii="Arial" w:hAnsi="Arial" w:cs="Arial"/>
        </w:rPr>
        <w:t>ist</w:t>
      </w:r>
      <w:r w:rsidRPr="00296C4D">
        <w:rPr>
          <w:rFonts w:ascii="Arial" w:hAnsi="Arial" w:cs="Arial"/>
        </w:rPr>
        <w:t xml:space="preserve"> furniture</w:t>
      </w:r>
      <w:r w:rsidR="00296C4D">
        <w:rPr>
          <w:rFonts w:ascii="Arial" w:hAnsi="Arial" w:cs="Arial"/>
        </w:rPr>
        <w:t>.</w:t>
      </w:r>
    </w:p>
    <w:p w14:paraId="20AFBEFB" w14:textId="371D2C0E" w:rsidR="001931F0" w:rsidRPr="00296C4D" w:rsidRDefault="006A7B41" w:rsidP="00296C4D">
      <w:pPr>
        <w:spacing w:after="0"/>
        <w:rPr>
          <w:rFonts w:ascii="Arial" w:hAnsi="Arial" w:cs="Arial"/>
        </w:rPr>
      </w:pPr>
      <w:r w:rsidRPr="00296C4D">
        <w:rPr>
          <w:rFonts w:ascii="Arial" w:hAnsi="Arial" w:cs="Arial"/>
        </w:rPr>
        <w:t xml:space="preserve">• A </w:t>
      </w:r>
      <w:r w:rsidR="00296C4D">
        <w:rPr>
          <w:rFonts w:ascii="Arial" w:hAnsi="Arial" w:cs="Arial"/>
        </w:rPr>
        <w:t>s</w:t>
      </w:r>
      <w:r w:rsidRPr="00296C4D">
        <w:rPr>
          <w:rFonts w:ascii="Arial" w:hAnsi="Arial" w:cs="Arial"/>
        </w:rPr>
        <w:t>ensory room</w:t>
      </w:r>
      <w:r w:rsidR="00296C4D">
        <w:rPr>
          <w:rFonts w:ascii="Arial" w:hAnsi="Arial" w:cs="Arial"/>
        </w:rPr>
        <w:t>.</w:t>
      </w:r>
    </w:p>
    <w:p w14:paraId="20FF5284" w14:textId="752FD7EB" w:rsidR="001931F0" w:rsidRDefault="006A7B41" w:rsidP="00296C4D">
      <w:pPr>
        <w:spacing w:after="0"/>
        <w:rPr>
          <w:rFonts w:ascii="Arial" w:hAnsi="Arial" w:cs="Arial"/>
        </w:rPr>
      </w:pPr>
      <w:r w:rsidRPr="00296C4D">
        <w:rPr>
          <w:rFonts w:ascii="Arial" w:hAnsi="Arial" w:cs="Arial"/>
        </w:rPr>
        <w:t>• Safe playground areas</w:t>
      </w:r>
      <w:r w:rsidR="00296C4D">
        <w:rPr>
          <w:rFonts w:ascii="Arial" w:hAnsi="Arial" w:cs="Arial"/>
        </w:rPr>
        <w:t>.</w:t>
      </w:r>
    </w:p>
    <w:p w14:paraId="23D690D2" w14:textId="77777777" w:rsidR="00296C4D" w:rsidRPr="00296C4D" w:rsidRDefault="00296C4D" w:rsidP="00296C4D">
      <w:pPr>
        <w:spacing w:after="0"/>
        <w:rPr>
          <w:rFonts w:ascii="Arial" w:hAnsi="Arial" w:cs="Arial"/>
        </w:rPr>
      </w:pPr>
    </w:p>
    <w:p w14:paraId="7E0D4E91" w14:textId="77777777" w:rsidR="001931F0" w:rsidRPr="00296C4D" w:rsidRDefault="006A7B41">
      <w:pPr>
        <w:rPr>
          <w:rFonts w:ascii="Arial" w:hAnsi="Arial" w:cs="Arial"/>
          <w:color w:val="0070C0"/>
        </w:rPr>
      </w:pPr>
      <w:r w:rsidRPr="00296C4D">
        <w:rPr>
          <w:rFonts w:ascii="Arial" w:hAnsi="Arial" w:cs="Arial"/>
          <w:color w:val="0070C0"/>
        </w:rPr>
        <w:t>Listening to children and parents</w:t>
      </w:r>
    </w:p>
    <w:p w14:paraId="1B22BCE8" w14:textId="32E86A8E" w:rsidR="001931F0" w:rsidRPr="00296C4D" w:rsidRDefault="006A7B41">
      <w:pPr>
        <w:rPr>
          <w:rFonts w:ascii="Arial" w:hAnsi="Arial" w:cs="Arial"/>
        </w:rPr>
      </w:pPr>
      <w:r w:rsidRPr="00296C4D">
        <w:rPr>
          <w:rFonts w:ascii="Arial" w:hAnsi="Arial" w:cs="Arial"/>
        </w:rPr>
        <w:t>We listen to children, parents, carers, and staff through meetings, surveys, and the school council.</w:t>
      </w:r>
    </w:p>
    <w:p w14:paraId="1EB5BF7D" w14:textId="77777777" w:rsidR="001931F0" w:rsidRPr="00296C4D" w:rsidRDefault="006A7B41">
      <w:pPr>
        <w:rPr>
          <w:rFonts w:ascii="Arial" w:hAnsi="Arial" w:cs="Arial"/>
          <w:color w:val="0070C0"/>
        </w:rPr>
      </w:pPr>
      <w:r w:rsidRPr="00296C4D">
        <w:rPr>
          <w:rFonts w:ascii="Arial" w:hAnsi="Arial" w:cs="Arial"/>
          <w:color w:val="0070C0"/>
        </w:rPr>
        <w:t>Always improving</w:t>
      </w:r>
    </w:p>
    <w:p w14:paraId="3D7FE285" w14:textId="77777777" w:rsidR="001931F0" w:rsidRPr="00296C4D" w:rsidRDefault="006A7B41">
      <w:pPr>
        <w:rPr>
          <w:rFonts w:ascii="Arial" w:hAnsi="Arial" w:cs="Arial"/>
        </w:rPr>
      </w:pPr>
      <w:r w:rsidRPr="00296C4D">
        <w:rPr>
          <w:rFonts w:ascii="Arial" w:hAnsi="Arial" w:cs="Arial"/>
        </w:rPr>
        <w:t>We check this policy every year to make sure it is fair and helps everyone.</w:t>
      </w:r>
    </w:p>
    <w:p w14:paraId="1E4A8D9A" w14:textId="62F311B0" w:rsidR="006A7B41" w:rsidRPr="00411401" w:rsidRDefault="006A7B41">
      <w:pPr>
        <w:rPr>
          <w:rFonts w:ascii="Arial" w:hAnsi="Arial" w:cs="Arial"/>
          <w:b/>
          <w:bCs/>
          <w:color w:val="0070C0"/>
        </w:rPr>
      </w:pPr>
      <w:r w:rsidRPr="00296C4D">
        <w:rPr>
          <w:rFonts w:ascii="Arial" w:hAnsi="Arial" w:cs="Arial"/>
          <w:color w:val="0070C0"/>
        </w:rPr>
        <w:t>In simple words</w:t>
      </w:r>
      <w:r w:rsidRPr="00296C4D">
        <w:rPr>
          <w:rFonts w:ascii="Arial" w:hAnsi="Arial" w:cs="Arial"/>
          <w:b/>
          <w:bCs/>
          <w:color w:val="0070C0"/>
        </w:rPr>
        <w:t>:</w:t>
      </w:r>
      <w:r w:rsidRPr="00296C4D">
        <w:rPr>
          <w:rFonts w:ascii="Arial" w:hAnsi="Arial" w:cs="Arial"/>
        </w:rPr>
        <w:br/>
        <w:t xml:space="preserve">Marshfields School makes sure </w:t>
      </w:r>
      <w:r w:rsidRPr="00296C4D">
        <w:rPr>
          <w:rFonts w:ascii="Arial" w:hAnsi="Arial" w:cs="Arial"/>
          <w:b/>
          <w:bCs/>
        </w:rPr>
        <w:t>every child can learn, play, and feel welcome</w:t>
      </w:r>
      <w:r w:rsidRPr="00296C4D">
        <w:rPr>
          <w:rFonts w:ascii="Arial" w:hAnsi="Arial" w:cs="Arial"/>
        </w:rPr>
        <w:t>, no matter what help they need</w:t>
      </w:r>
    </w:p>
    <w:sectPr w:rsidR="006A7B41" w:rsidRPr="00411401" w:rsidSect="00296C4D">
      <w:headerReference w:type="default" r:id="rId8"/>
      <w:footerReference w:type="default" r:id="rId9"/>
      <w:pgSz w:w="12240" w:h="15840"/>
      <w:pgMar w:top="1440" w:right="1800" w:bottom="1440" w:left="1800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8EA5F" w14:textId="77777777" w:rsidR="00296C4D" w:rsidRDefault="00296C4D" w:rsidP="00296C4D">
      <w:pPr>
        <w:spacing w:after="0" w:line="240" w:lineRule="auto"/>
      </w:pPr>
      <w:r>
        <w:separator/>
      </w:r>
    </w:p>
  </w:endnote>
  <w:endnote w:type="continuationSeparator" w:id="0">
    <w:p w14:paraId="3FCEED6F" w14:textId="77777777" w:rsidR="00296C4D" w:rsidRDefault="00296C4D" w:rsidP="00296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8F47" w14:textId="0442570F" w:rsidR="00296C4D" w:rsidRDefault="00296C4D" w:rsidP="00296C4D">
    <w:pPr>
      <w:pStyle w:val="Footer"/>
      <w:tabs>
        <w:tab w:val="clear" w:pos="4680"/>
        <w:tab w:val="clear" w:pos="9360"/>
        <w:tab w:val="left" w:pos="2430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62848" behindDoc="0" locked="0" layoutInCell="1" allowOverlap="1" wp14:anchorId="138EC949" wp14:editId="41FB830F">
              <wp:simplePos x="0" y="0"/>
              <wp:positionH relativeFrom="margin">
                <wp:posOffset>-876300</wp:posOffset>
              </wp:positionH>
              <wp:positionV relativeFrom="paragraph">
                <wp:posOffset>207645</wp:posOffset>
              </wp:positionV>
              <wp:extent cx="5076825" cy="23812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68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D90E17" w14:textId="77777777" w:rsidR="00296C4D" w:rsidRPr="000936C2" w:rsidRDefault="00296C4D" w:rsidP="00296C4D">
                          <w:pPr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  <w:t>Eastern Close, Dogsthorpe, Peterborough, PE1 4PP. 01733 568058. office@marshfields.co.uk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38EC94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69pt;margin-top:16.35pt;width:399.75pt;height:18.75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" stroked="f">
              <v:textbox>
                <w:txbxContent>
                  <w:p w14:paraId="1CD90E17" w14:textId="77777777" w:rsidR="00296C4D" w:rsidRPr="000936C2" w:rsidRDefault="00296C4D" w:rsidP="00296C4D">
                    <w:pPr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</w:pPr>
                    <w:r w:rsidRPr="000936C2"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  <w:t>Eastern Close, Dogsthorpe, Peterborough, PE1 4PP. 01733 568058. office@marshfields.co.uk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sdt>
      <w:sdtPr>
        <w:id w:val="166445210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sdtContent>
    </w:sdt>
    <w:r>
      <w:tab/>
    </w:r>
  </w:p>
  <w:p w14:paraId="4201B506" w14:textId="00128FCD" w:rsidR="00296C4D" w:rsidRDefault="00296C4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68A2383A" wp14:editId="06F02470">
              <wp:simplePos x="0" y="0"/>
              <wp:positionH relativeFrom="margin">
                <wp:posOffset>4410075</wp:posOffset>
              </wp:positionH>
              <wp:positionV relativeFrom="page">
                <wp:posOffset>9599295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BD745A1" w14:textId="77777777" w:rsidR="00296C4D" w:rsidRPr="00296C4D" w:rsidRDefault="00296C4D" w:rsidP="00296C4D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0070C0"/>
                              <w:spacing w:val="-4"/>
                              <w:sz w:val="28"/>
                              <w:szCs w:val="28"/>
                            </w:rPr>
                          </w:pPr>
                          <w:r w:rsidRPr="00296C4D">
                            <w:rPr>
                              <w:rFonts w:ascii="Arial" w:hAnsi="Arial" w:cs="Arial"/>
                              <w:b/>
                              <w:bCs/>
                              <w:color w:val="0070C0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8A2383A" id="Text Box 1505302268" o:spid="_x0000_s1027" type="#_x0000_t202" style="position:absolute;margin-left:347.25pt;margin-top:755.85pt;width:141.7pt;height:34.4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" filled="f" stroked="f" strokeweight=".5pt">
              <v:textbox inset="0,0,0,0">
                <w:txbxContent>
                  <w:p w14:paraId="5BD745A1" w14:textId="77777777" w:rsidR="00296C4D" w:rsidRPr="00296C4D" w:rsidRDefault="00296C4D" w:rsidP="00296C4D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0070C0"/>
                        <w:spacing w:val="-4"/>
                        <w:sz w:val="28"/>
                        <w:szCs w:val="28"/>
                      </w:rPr>
                    </w:pPr>
                    <w:r w:rsidRPr="00296C4D">
                      <w:rPr>
                        <w:rFonts w:ascii="Arial" w:hAnsi="Arial" w:cs="Arial"/>
                        <w:b/>
                        <w:bCs/>
                        <w:color w:val="0070C0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  <w:r w:rsidRPr="00554DAF">
      <w:rPr>
        <w:noProof/>
      </w:rPr>
      <w:drawing>
        <wp:anchor distT="0" distB="0" distL="114300" distR="114300" simplePos="0" relativeHeight="251658752" behindDoc="0" locked="0" layoutInCell="1" allowOverlap="1" wp14:anchorId="7A4B66EC" wp14:editId="0445CEC8">
          <wp:simplePos x="0" y="0"/>
          <wp:positionH relativeFrom="page">
            <wp:posOffset>0</wp:posOffset>
          </wp:positionH>
          <wp:positionV relativeFrom="page">
            <wp:posOffset>9902108</wp:posOffset>
          </wp:positionV>
          <wp:extent cx="7766050" cy="144227"/>
          <wp:effectExtent l="0" t="0" r="0" b="8255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9675" cy="154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31F84" w14:textId="77777777" w:rsidR="00296C4D" w:rsidRDefault="00296C4D" w:rsidP="00296C4D">
      <w:pPr>
        <w:spacing w:after="0" w:line="240" w:lineRule="auto"/>
      </w:pPr>
      <w:r>
        <w:separator/>
      </w:r>
    </w:p>
  </w:footnote>
  <w:footnote w:type="continuationSeparator" w:id="0">
    <w:p w14:paraId="727F7001" w14:textId="77777777" w:rsidR="00296C4D" w:rsidRDefault="00296C4D" w:rsidP="00296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612C5" w14:textId="0E20A7CC" w:rsidR="00296C4D" w:rsidRPr="00E26C15" w:rsidRDefault="00296C4D" w:rsidP="00296C4D">
    <w:pPr>
      <w:pStyle w:val="Header"/>
      <w:jc w:val="right"/>
      <w:rPr>
        <w:rFonts w:ascii="Arial" w:hAnsi="Arial" w:cs="Arial"/>
        <w:noProof/>
        <w:sz w:val="18"/>
        <w:szCs w:val="18"/>
      </w:rPr>
    </w:pPr>
    <w:bookmarkStart w:id="0" w:name="_Hlk200961883"/>
    <w:r w:rsidRPr="00E26C15">
      <w:rPr>
        <w:rFonts w:ascii="Arial" w:hAnsi="Arial" w:cs="Arial"/>
        <w:noProof/>
      </w:rPr>
      <w:drawing>
        <wp:anchor distT="0" distB="0" distL="114300" distR="114300" simplePos="0" relativeHeight="251658752" behindDoc="0" locked="0" layoutInCell="1" allowOverlap="1" wp14:anchorId="7F18C67A" wp14:editId="748333E6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20522963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>Accessibility Summary</w:t>
    </w:r>
  </w:p>
  <w:p w14:paraId="2EDABEA0" w14:textId="77777777" w:rsidR="00296C4D" w:rsidRPr="00E26C15" w:rsidRDefault="00296C4D" w:rsidP="00296C4D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18CFCD4B" w14:textId="782A679E" w:rsidR="00296C4D" w:rsidRPr="00E26C15" w:rsidRDefault="00296C4D" w:rsidP="00296C4D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>
      <w:rPr>
        <w:rFonts w:ascii="Arial" w:hAnsi="Arial" w:cs="Arial"/>
        <w:noProof/>
        <w:sz w:val="18"/>
        <w:szCs w:val="18"/>
      </w:rPr>
      <w:t>January 2026</w:t>
    </w:r>
  </w:p>
  <w:p w14:paraId="77038448" w14:textId="16B71D2B" w:rsidR="00296C4D" w:rsidRPr="00E26C15" w:rsidRDefault="00296C4D" w:rsidP="00296C4D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Next Review: </w:t>
    </w:r>
    <w:r>
      <w:rPr>
        <w:rFonts w:ascii="Arial" w:hAnsi="Arial" w:cs="Arial"/>
        <w:noProof/>
        <w:sz w:val="18"/>
        <w:szCs w:val="18"/>
      </w:rPr>
      <w:t>January 2027</w:t>
    </w:r>
  </w:p>
  <w:p w14:paraId="5CF6B208" w14:textId="77777777" w:rsidR="00296C4D" w:rsidRDefault="00296C4D" w:rsidP="00296C4D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>
      <w:rPr>
        <w:rFonts w:ascii="Arial" w:hAnsi="Arial" w:cs="Arial"/>
        <w:noProof/>
        <w:sz w:val="18"/>
        <w:szCs w:val="18"/>
      </w:rPr>
      <w:t>1</w:t>
    </w:r>
  </w:p>
  <w:bookmarkEnd w:id="0"/>
  <w:p w14:paraId="235967D6" w14:textId="77777777" w:rsidR="00296C4D" w:rsidRDefault="00296C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42766698">
    <w:abstractNumId w:val="8"/>
  </w:num>
  <w:num w:numId="2" w16cid:durableId="885873484">
    <w:abstractNumId w:val="6"/>
  </w:num>
  <w:num w:numId="3" w16cid:durableId="852114665">
    <w:abstractNumId w:val="5"/>
  </w:num>
  <w:num w:numId="4" w16cid:durableId="768818377">
    <w:abstractNumId w:val="4"/>
  </w:num>
  <w:num w:numId="5" w16cid:durableId="1794013611">
    <w:abstractNumId w:val="7"/>
  </w:num>
  <w:num w:numId="6" w16cid:durableId="1125663706">
    <w:abstractNumId w:val="3"/>
  </w:num>
  <w:num w:numId="7" w16cid:durableId="168258187">
    <w:abstractNumId w:val="2"/>
  </w:num>
  <w:num w:numId="8" w16cid:durableId="73667313">
    <w:abstractNumId w:val="1"/>
  </w:num>
  <w:num w:numId="9" w16cid:durableId="1831369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9772C"/>
    <w:rsid w:val="0015074B"/>
    <w:rsid w:val="001931F0"/>
    <w:rsid w:val="0029639D"/>
    <w:rsid w:val="00296C4D"/>
    <w:rsid w:val="00326F90"/>
    <w:rsid w:val="00411401"/>
    <w:rsid w:val="006A7B41"/>
    <w:rsid w:val="00AA1D8D"/>
    <w:rsid w:val="00B47730"/>
    <w:rsid w:val="00C6792E"/>
    <w:rsid w:val="00CB0664"/>
    <w:rsid w:val="00E620F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3EC3A1F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3</cp:revision>
  <dcterms:created xsi:type="dcterms:W3CDTF">2026-01-27T10:34:00Z</dcterms:created>
  <dcterms:modified xsi:type="dcterms:W3CDTF">2026-01-27T10:34:00Z</dcterms:modified>
  <cp:category/>
</cp:coreProperties>
</file>