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912B6" w14:textId="77777777" w:rsidR="0032706C" w:rsidRDefault="00000000">
      <w:pPr>
        <w:pStyle w:val="MFTitle"/>
        <w:jc w:val="center"/>
      </w:pPr>
      <w:r>
        <w:t>Welcome to Marshfields School</w:t>
      </w:r>
    </w:p>
    <w:p w14:paraId="6F1FAB9A" w14:textId="77777777" w:rsidR="0032706C" w:rsidRDefault="00000000">
      <w:pPr>
        <w:jc w:val="center"/>
      </w:pPr>
      <w:r>
        <w:rPr>
          <w:b/>
          <w:color w:val="1F7AAE"/>
          <w:sz w:val="21"/>
        </w:rPr>
        <w:t>September 2026</w:t>
      </w:r>
    </w:p>
    <w:p w14:paraId="2D072AD5" w14:textId="77777777" w:rsidR="0032706C" w:rsidRDefault="00000000">
      <w:r>
        <w:rPr>
          <w:b/>
        </w:rPr>
        <w:t>Dear Parents and Carers,</w:t>
      </w:r>
    </w:p>
    <w:p w14:paraId="0702F8D6" w14:textId="77777777" w:rsidR="0032706C" w:rsidRDefault="00000000">
      <w:r>
        <w:t>We are delighted to welcome all of our students and families to Marshfields School for the new school year. Whether your child is joining Marshfields for the first time or returning for another year, we hope you have all had an enjoyable break and are looking forward to the year ahead.</w:t>
      </w:r>
    </w:p>
    <w:p w14:paraId="1810D9D9" w14:textId="77777777" w:rsidR="0032706C" w:rsidRDefault="00000000">
      <w:r>
        <w:t>At Marshfields, we want every student to feel safe, happy, valued and ready to learn. We will continue to support students to develop their confidence and independence, make progress and achieve their very best.</w:t>
      </w:r>
    </w:p>
    <w:p w14:paraId="598224D6" w14:textId="77777777" w:rsidR="0032706C" w:rsidRDefault="00000000">
      <w:r>
        <w:t>A successful school year depends upon a strong partnership between school, students and families. We therefore wanted to begin the year with a few important reminders about our expectations and how we will work together.</w:t>
      </w:r>
    </w:p>
    <w:p w14:paraId="70CBF8C3" w14:textId="77777777" w:rsidR="0032706C" w:rsidRDefault="00000000">
      <w:pPr>
        <w:pStyle w:val="Heading1"/>
      </w:pPr>
      <w:r>
        <w:t>School Uniform - Smart, Comfortable and Ready to Learn</w:t>
      </w:r>
    </w:p>
    <w:p w14:paraId="5C133491" w14:textId="77777777" w:rsidR="0032706C" w:rsidRDefault="00000000">
      <w:r>
        <w:t>We expect students to attend school wearing the correct Marshfields School uniform every day. Our uniform is intended to be smart, comfortable and accessible for our students. It also helps students feel part of the Marshfields community and promotes a sense of pride and belonging.</w:t>
      </w:r>
    </w:p>
    <w:p w14:paraId="67D495E2" w14:textId="77777777" w:rsidR="0032706C" w:rsidRDefault="00000000">
      <w:r>
        <w:t>There are three compulsory branded items. Other uniform items may be purchased from other retailers provided they meet the requirements of the Uniform Policy and do not display other logos, symbols, wording, patterns or stripes. Students who were already on roll before September 2026 may continue to wear the previous uniform until those items need replacing.</w:t>
      </w:r>
    </w:p>
    <w:p w14:paraId="6186FEED" w14:textId="77777777" w:rsidR="0032706C" w:rsidRDefault="00000000">
      <w:pPr>
        <w:pStyle w:val="ListBullet"/>
        <w:spacing w:after="30"/>
        <w:ind w:left="403" w:hanging="173"/>
      </w:pPr>
      <w:r>
        <w:t>Hoodies are not permitted in school.</w:t>
      </w:r>
    </w:p>
    <w:p w14:paraId="12EEC5A8" w14:textId="6E83C30F" w:rsidR="0032706C" w:rsidRDefault="00000000">
      <w:pPr>
        <w:pStyle w:val="ListBullet"/>
        <w:spacing w:after="30"/>
        <w:ind w:left="403" w:hanging="173"/>
      </w:pPr>
      <w:r>
        <w:t>Smart watches</w:t>
      </w:r>
      <w:r w:rsidR="00950BDE">
        <w:t xml:space="preserve"> and/or Smart glasses</w:t>
      </w:r>
      <w:r>
        <w:t xml:space="preserve"> are not permitted.</w:t>
      </w:r>
    </w:p>
    <w:p w14:paraId="6D2185A9" w14:textId="77777777" w:rsidR="0032706C" w:rsidRDefault="00000000">
      <w:pPr>
        <w:pStyle w:val="ListBullet"/>
        <w:spacing w:after="30"/>
        <w:ind w:left="403" w:hanging="173"/>
      </w:pPr>
      <w:r>
        <w:t>Hair should be well groomed and of a natural colour.</w:t>
      </w:r>
    </w:p>
    <w:p w14:paraId="3A11971C" w14:textId="77777777" w:rsidR="0032706C" w:rsidRDefault="00000000">
      <w:pPr>
        <w:pStyle w:val="ListBullet"/>
        <w:spacing w:after="30"/>
        <w:ind w:left="403" w:hanging="173"/>
      </w:pPr>
      <w:r>
        <w:t>Jewellery should be discreet and safe.</w:t>
      </w:r>
    </w:p>
    <w:p w14:paraId="4FDEEA9B" w14:textId="77777777" w:rsidR="0032706C" w:rsidRDefault="00000000">
      <w:pPr>
        <w:pStyle w:val="ListBullet"/>
        <w:spacing w:after="30"/>
        <w:ind w:left="403" w:hanging="173"/>
      </w:pPr>
      <w:r>
        <w:t>Students should have a practical coat suitable for the weather.</w:t>
      </w:r>
    </w:p>
    <w:p w14:paraId="35DB298E" w14:textId="77777777" w:rsidR="0032706C" w:rsidRDefault="00000000">
      <w:pPr>
        <w:pStyle w:val="ListBullet"/>
        <w:spacing w:after="30"/>
        <w:ind w:left="403" w:hanging="173"/>
      </w:pPr>
      <w:r>
        <w:t>All students should have a full change of clothes available in school.</w:t>
      </w:r>
    </w:p>
    <w:p w14:paraId="33D5FFFB" w14:textId="77777777" w:rsidR="0032706C" w:rsidRDefault="00000000">
      <w:pPr>
        <w:pStyle w:val="ListBullet"/>
        <w:spacing w:after="30"/>
        <w:ind w:left="403" w:hanging="173"/>
      </w:pPr>
      <w:r>
        <w:t>Uniform, coats, bags, water bottles and other belongings should be clearly named.</w:t>
      </w:r>
    </w:p>
    <w:p w14:paraId="6C497EDB" w14:textId="77777777" w:rsidR="0032706C" w:rsidRDefault="00000000">
      <w:pPr>
        <w:pStyle w:val="Heading1"/>
      </w:pPr>
      <w:r>
        <w:t>Communication - Working Together</w:t>
      </w:r>
    </w:p>
    <w:p w14:paraId="5A94924A" w14:textId="16D8B94A" w:rsidR="0032706C" w:rsidRDefault="00000000">
      <w:r>
        <w:t>Good communication between home and school is very important to us. We use a range of ways to keep families informed, including letters, email, our school website, Facebook and Evidence for Learning. We ask parents and carers to check school communications regularly and to make sure we always have your current telephone number, email address and other contact information.</w:t>
      </w:r>
    </w:p>
    <w:p w14:paraId="10BD0F1B" w14:textId="77777777" w:rsidR="0032706C" w:rsidRDefault="00000000">
      <w:r>
        <w:t>Evidence for Learning will continue to help families see important steps in their child's learning and progress. Families will receive information about upcoming class topics and themes, as well as regular updates about their child's progress.</w:t>
      </w:r>
    </w:p>
    <w:p w14:paraId="3FF939B4" w14:textId="77777777" w:rsidR="0032706C" w:rsidRDefault="00000000">
      <w:r>
        <w:t>If you have a non-urgent question or concern, please contact the school office so that your message can be passed to the appropriate member of staff. Staff may not be able to speak immediately because they will be teaching or supporting students, but we will arrange for the appropriate person to respond.</w:t>
      </w:r>
    </w:p>
    <w:p w14:paraId="57277F63" w14:textId="77777777" w:rsidR="0032706C" w:rsidRDefault="00000000">
      <w:r>
        <w:t>For urgent safeguarding, welfare or family matters, please telephone the school office. If you would like a meeting with a member of staff, please contact the office so that an appointment can be arranged. This allows staff to give you the appropriate time and attention rather than trying to hold important conversations at the beginning or end of the school day.</w:t>
      </w:r>
    </w:p>
    <w:tbl>
      <w:tblPr>
        <w:tblW w:w="0" w:type="auto"/>
        <w:jc w:val="center"/>
        <w:tblLayout w:type="fixed"/>
        <w:tblLook w:val="04A0" w:firstRow="1" w:lastRow="0" w:firstColumn="1" w:lastColumn="0" w:noHBand="0" w:noVBand="1"/>
      </w:tblPr>
      <w:tblGrid>
        <w:gridCol w:w="10080"/>
      </w:tblGrid>
      <w:tr w:rsidR="0032706C" w14:paraId="6A024319" w14:textId="77777777">
        <w:trPr>
          <w:jc w:val="center"/>
        </w:trPr>
        <w:tc>
          <w:tcPr>
            <w:tcW w:w="10080" w:type="dxa"/>
            <w:shd w:val="clear" w:color="auto" w:fill="EAF3F8"/>
            <w:vAlign w:val="center"/>
          </w:tcPr>
          <w:p w14:paraId="214EE05E" w14:textId="77777777" w:rsidR="0032706C" w:rsidRDefault="00000000">
            <w:pPr>
              <w:jc w:val="center"/>
            </w:pPr>
            <w:r>
              <w:rPr>
                <w:b/>
                <w:color w:val="17365D"/>
                <w:sz w:val="21"/>
              </w:rPr>
              <w:t>School Office: 01733 568058    |    Email: office@marshfields.co.uk</w:t>
            </w:r>
          </w:p>
        </w:tc>
      </w:tr>
    </w:tbl>
    <w:p w14:paraId="73D504D3" w14:textId="77777777" w:rsidR="0032706C" w:rsidRDefault="00000000">
      <w:r>
        <w:t>We ask that all communication between families and school remains respectful and courteous. In return, we will listen carefully to concerns and work with families to resolve issues as quickly and fairly as possible.</w:t>
      </w:r>
    </w:p>
    <w:p w14:paraId="4E26FE53" w14:textId="77777777" w:rsidR="0032706C" w:rsidRDefault="00000000">
      <w:pPr>
        <w:pStyle w:val="Heading1"/>
      </w:pPr>
      <w:r>
        <w:t>School Photos - Monday 7th September</w:t>
      </w:r>
    </w:p>
    <w:p w14:paraId="48F790BE" w14:textId="77777777" w:rsidR="0032706C" w:rsidRDefault="00000000">
      <w:r>
        <w:t>A reminder that school photographs will take place on Monday 7th September.</w:t>
      </w:r>
    </w:p>
    <w:p w14:paraId="5C7893A7" w14:textId="77777777" w:rsidR="0032706C" w:rsidRDefault="00000000">
      <w:r>
        <w:rPr>
          <w:b/>
        </w:rPr>
        <w:lastRenderedPageBreak/>
        <w:t>All students should attend school in their full school uniform on this day and should not wear their PE kit, even if Monday would normally be their scheduled PE day.</w:t>
      </w:r>
    </w:p>
    <w:p w14:paraId="18C54436" w14:textId="77777777" w:rsidR="0032706C" w:rsidRDefault="00000000">
      <w:r>
        <w:t>Alternative activities will take place for students who would usually have PE so that everyone can remain in school uniform for their photograph. We appreciate your support in ensuring students arrive looking smart and ready for their school photograph.</w:t>
      </w:r>
    </w:p>
    <w:p w14:paraId="62D69D96" w14:textId="77777777" w:rsidR="0032706C" w:rsidRDefault="00000000">
      <w:pPr>
        <w:pStyle w:val="Heading1"/>
      </w:pPr>
      <w:r>
        <w:t>Morning Snack - Healthy Choices</w:t>
      </w:r>
    </w:p>
    <w:p w14:paraId="5E6878C1" w14:textId="77777777" w:rsidR="0032706C" w:rsidRDefault="00000000">
      <w:r>
        <w:t>As part of our commitment to promoting healthy lifestyles, students may bring a healthy snack to enjoy during the morning. Good choices include:</w:t>
      </w:r>
    </w:p>
    <w:p w14:paraId="68ED6837" w14:textId="77777777" w:rsidR="0032706C" w:rsidRDefault="00000000">
      <w:pPr>
        <w:pStyle w:val="ListBullet"/>
        <w:spacing w:after="30"/>
        <w:ind w:left="403" w:hanging="173"/>
      </w:pPr>
      <w:r>
        <w:t>A piece of fresh fruit, such as an apple, banana, pear or orange</w:t>
      </w:r>
    </w:p>
    <w:p w14:paraId="76C3F998" w14:textId="77777777" w:rsidR="0032706C" w:rsidRDefault="00000000">
      <w:pPr>
        <w:pStyle w:val="ListBullet"/>
        <w:spacing w:after="30"/>
        <w:ind w:left="403" w:hanging="173"/>
      </w:pPr>
      <w:r>
        <w:t>Prepared or chopped fruit</w:t>
      </w:r>
    </w:p>
    <w:p w14:paraId="574B2079" w14:textId="77777777" w:rsidR="0032706C" w:rsidRDefault="00000000">
      <w:pPr>
        <w:pStyle w:val="ListBullet"/>
        <w:spacing w:after="30"/>
        <w:ind w:left="403" w:hanging="173"/>
      </w:pPr>
      <w:r>
        <w:t>Vegetable sticks, such as carrot, cucumber or pepper</w:t>
      </w:r>
    </w:p>
    <w:p w14:paraId="78299D4B" w14:textId="0982781E" w:rsidR="0032706C" w:rsidRDefault="00000000">
      <w:r>
        <w:rPr>
          <w:b/>
        </w:rPr>
        <w:t>Chocolate bars, sweets</w:t>
      </w:r>
      <w:r w:rsidR="00950BDE">
        <w:rPr>
          <w:b/>
        </w:rPr>
        <w:t>,</w:t>
      </w:r>
      <w:r>
        <w:rPr>
          <w:b/>
        </w:rPr>
        <w:t xml:space="preserve"> and confectionery should not be brought into school and are not permitted as morning snacks.</w:t>
      </w:r>
    </w:p>
    <w:p w14:paraId="6F843031" w14:textId="77777777" w:rsidR="0032706C" w:rsidRDefault="00000000">
      <w:r>
        <w:t>We appreciate your support in helping us maintain a consistent approach to healthy eating.</w:t>
      </w:r>
    </w:p>
    <w:p w14:paraId="3D39C202" w14:textId="77777777" w:rsidR="0032706C" w:rsidRDefault="00000000">
      <w:pPr>
        <w:pStyle w:val="Heading1"/>
      </w:pPr>
      <w:r>
        <w:t>Attendance and Being Ready for School</w:t>
      </w:r>
    </w:p>
    <w:p w14:paraId="6BD4AA74" w14:textId="77777777" w:rsidR="0032706C" w:rsidRDefault="00000000">
      <w:r>
        <w:t>Regular attendance gives students the best opportunity to learn, make progress, develop friendships and take part in everything Marshfields has to offer. Attendance continues to be an important priority for the school.</w:t>
      </w:r>
    </w:p>
    <w:p w14:paraId="589C1B47" w14:textId="77777777" w:rsidR="0032706C" w:rsidRDefault="00000000">
      <w:r>
        <w:t>If your child is going to be absent, please inform school as soon as possible and provide the reason for their absence. We also ask families to help students arrive at school on time, in the correct uniform and ready for the day ahead.</w:t>
      </w:r>
    </w:p>
    <w:p w14:paraId="4E879086" w14:textId="270FDC21" w:rsidR="00A05FB2" w:rsidRPr="00A05FB2" w:rsidRDefault="00A05FB2" w:rsidP="00A05FB2">
      <w:pPr>
        <w:pStyle w:val="Heading1"/>
        <w:rPr>
          <w:lang w:val="en-GB"/>
        </w:rPr>
      </w:pPr>
      <w:r w:rsidRPr="00A05FB2">
        <w:rPr>
          <w:lang w:val="en-GB"/>
        </w:rPr>
        <w:t>Fidget Tools – Supporting Learning</w:t>
      </w:r>
    </w:p>
    <w:p w14:paraId="41C03514" w14:textId="77777777" w:rsidR="00A05FB2" w:rsidRPr="00A05FB2" w:rsidRDefault="00A05FB2" w:rsidP="00A05FB2">
      <w:pPr>
        <w:rPr>
          <w:lang w:val="en-GB"/>
        </w:rPr>
      </w:pPr>
      <w:r w:rsidRPr="00A05FB2">
        <w:rPr>
          <w:lang w:val="en-GB"/>
        </w:rPr>
        <w:t xml:space="preserve">Some students use </w:t>
      </w:r>
      <w:r w:rsidRPr="00A05FB2">
        <w:rPr>
          <w:b/>
          <w:bCs/>
          <w:lang w:val="en-GB"/>
        </w:rPr>
        <w:t>fidget tools</w:t>
      </w:r>
      <w:r w:rsidRPr="00A05FB2">
        <w:rPr>
          <w:lang w:val="en-GB"/>
        </w:rPr>
        <w:t xml:space="preserve"> to help them stay calm, focused and ready to learn. These are </w:t>
      </w:r>
      <w:r w:rsidRPr="00A05FB2">
        <w:rPr>
          <w:b/>
          <w:bCs/>
          <w:lang w:val="en-GB"/>
        </w:rPr>
        <w:t>learning tools, not toys</w:t>
      </w:r>
      <w:r w:rsidRPr="00A05FB2">
        <w:rPr>
          <w:lang w:val="en-GB"/>
        </w:rPr>
        <w:t>, and should be used quietly without distracting the student or others.</w:t>
      </w:r>
    </w:p>
    <w:p w14:paraId="05C1164A" w14:textId="77777777" w:rsidR="00A05FB2" w:rsidRDefault="00A05FB2" w:rsidP="00A05FB2">
      <w:pPr>
        <w:rPr>
          <w:b/>
          <w:bCs/>
          <w:lang w:val="en-GB"/>
        </w:rPr>
      </w:pPr>
      <w:r w:rsidRPr="00A05FB2">
        <w:rPr>
          <w:lang w:val="en-GB"/>
        </w:rPr>
        <w:t xml:space="preserve">If a fidget tool becomes a distraction, is used for play, or stops a student from focusing on their work or the person speaking, staff will ask for it to be put away. We appreciate parents and carers reinforcing the same message at home: </w:t>
      </w:r>
      <w:r w:rsidRPr="00A05FB2">
        <w:rPr>
          <w:b/>
          <w:bCs/>
          <w:lang w:val="en-GB"/>
        </w:rPr>
        <w:t>use it right or lose it – fidget tools are there to support learning.</w:t>
      </w:r>
    </w:p>
    <w:p w14:paraId="61164812" w14:textId="4E1CBC0A" w:rsidR="00D625FC" w:rsidRPr="00A05FB2" w:rsidRDefault="00D625FC" w:rsidP="00A05FB2">
      <w:pPr>
        <w:rPr>
          <w:lang w:val="en-GB"/>
        </w:rPr>
      </w:pPr>
      <w:r>
        <w:rPr>
          <w:b/>
          <w:bCs/>
          <w:lang w:val="en-GB"/>
        </w:rPr>
        <w:t>Fidget tools from home are not permitted in school, if a student requires one to support their learning this will be provided by school in consultation with home.</w:t>
      </w:r>
    </w:p>
    <w:p w14:paraId="77CF4570" w14:textId="77777777" w:rsidR="0032706C" w:rsidRDefault="00000000">
      <w:pPr>
        <w:pStyle w:val="Heading1"/>
      </w:pPr>
      <w:r>
        <w:t>A Positive Year Ahead</w:t>
      </w:r>
    </w:p>
    <w:p w14:paraId="65A7C0F0" w14:textId="77777777" w:rsidR="0032706C" w:rsidRDefault="00000000">
      <w:r>
        <w:t>Most importantly, we want this to be a happy, positive and successful year for every student. There will be many opportunities during the year for students to learn new things, develop their independence, take part in activities and experiences, and celebrate their achievements.</w:t>
      </w:r>
    </w:p>
    <w:p w14:paraId="6FA19CB6" w14:textId="77777777" w:rsidR="0032706C" w:rsidRDefault="00000000">
      <w:r>
        <w:t>Thank you in advance for supporting the school's expectations around uniform, communication, attendance and healthy choices. Having clear and consistent expectations between home and school helps our students enormously.</w:t>
      </w:r>
    </w:p>
    <w:p w14:paraId="2605F70B" w14:textId="77777777" w:rsidR="0032706C" w:rsidRDefault="00000000">
      <w:r>
        <w:t>We are very pleased to welcome everyone back to Marshfields and look forward to working in partnership with you throughout the year. If you have any questions or need support, please contact the school office and we will make sure your query reaches the right person.</w:t>
      </w:r>
    </w:p>
    <w:p w14:paraId="4DE31D76" w14:textId="77777777" w:rsidR="0032706C" w:rsidRDefault="00000000">
      <w:pPr>
        <w:spacing w:before="200"/>
      </w:pPr>
      <w:r>
        <w:t>Warm regards,</w:t>
      </w:r>
    </w:p>
    <w:p w14:paraId="1CEE281D" w14:textId="77777777" w:rsidR="0032706C" w:rsidRDefault="00000000">
      <w:pPr>
        <w:spacing w:after="0"/>
      </w:pPr>
      <w:r>
        <w:rPr>
          <w:b/>
        </w:rPr>
        <w:t>Mr Ian Graham</w:t>
      </w:r>
    </w:p>
    <w:p w14:paraId="778597C1" w14:textId="77777777" w:rsidR="0032706C" w:rsidRDefault="00000000">
      <w:pPr>
        <w:spacing w:after="0"/>
      </w:pPr>
      <w:r>
        <w:rPr>
          <w:b/>
          <w:color w:val="17365D"/>
        </w:rPr>
        <w:t>Headteacher</w:t>
      </w:r>
    </w:p>
    <w:sectPr w:rsidR="0032706C" w:rsidSect="00034616">
      <w:headerReference w:type="default" r:id="rId8"/>
      <w:footerReference w:type="default" r:id="rId9"/>
      <w:pgSz w:w="12240" w:h="15840"/>
      <w:pgMar w:top="648" w:right="1080" w:bottom="648"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CBACA" w14:textId="77777777" w:rsidR="009019CE" w:rsidRDefault="009019CE">
      <w:pPr>
        <w:spacing w:after="0" w:line="240" w:lineRule="auto"/>
      </w:pPr>
      <w:r>
        <w:separator/>
      </w:r>
    </w:p>
  </w:endnote>
  <w:endnote w:type="continuationSeparator" w:id="0">
    <w:p w14:paraId="078C06B9" w14:textId="77777777" w:rsidR="009019CE" w:rsidRDefault="00901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25474" w14:textId="77777777" w:rsidR="0032706C" w:rsidRDefault="00000000">
    <w:pPr>
      <w:pStyle w:val="Footer"/>
      <w:jc w:val="center"/>
    </w:pPr>
    <w:r>
      <w:rPr>
        <w:color w:val="666666"/>
        <w:sz w:val="16"/>
      </w:rPr>
      <w:t>Marshfields School  |  Welcome to the 2026-27 School Year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6EBF7" w14:textId="77777777" w:rsidR="009019CE" w:rsidRDefault="009019CE">
      <w:pPr>
        <w:spacing w:after="0" w:line="240" w:lineRule="auto"/>
      </w:pPr>
      <w:r>
        <w:separator/>
      </w:r>
    </w:p>
  </w:footnote>
  <w:footnote w:type="continuationSeparator" w:id="0">
    <w:p w14:paraId="0642CE8D" w14:textId="77777777" w:rsidR="009019CE" w:rsidRDefault="00901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B3B5F" w14:textId="77777777" w:rsidR="0032706C" w:rsidRDefault="0032706C">
    <w:pPr>
      <w:pStyle w:val="Header"/>
    </w:pPr>
  </w:p>
  <w:tbl>
    <w:tblPr>
      <w:tblW w:w="0" w:type="auto"/>
      <w:jc w:val="center"/>
      <w:tblLook w:val="04A0" w:firstRow="1" w:lastRow="0" w:firstColumn="1" w:lastColumn="0" w:noHBand="0" w:noVBand="1"/>
    </w:tblPr>
    <w:tblGrid>
      <w:gridCol w:w="5040"/>
      <w:gridCol w:w="5040"/>
    </w:tblGrid>
    <w:tr w:rsidR="0032706C" w14:paraId="310B6DCA" w14:textId="77777777">
      <w:trPr>
        <w:jc w:val="center"/>
      </w:trPr>
      <w:tc>
        <w:tcPr>
          <w:tcW w:w="5040" w:type="dxa"/>
          <w:tcBorders>
            <w:top w:val="nil"/>
            <w:left w:val="nil"/>
            <w:bottom w:val="nil"/>
            <w:right w:val="nil"/>
          </w:tcBorders>
        </w:tcPr>
        <w:p w14:paraId="15E1A2A7" w14:textId="77777777" w:rsidR="0032706C" w:rsidRDefault="00000000">
          <w:r>
            <w:rPr>
              <w:noProof/>
            </w:rPr>
            <w:drawing>
              <wp:inline distT="0" distB="0" distL="0" distR="0" wp14:anchorId="798800B8" wp14:editId="71908CF9">
                <wp:extent cx="1828800" cy="6213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shfields_logo.png"/>
                        <pic:cNvPicPr/>
                      </pic:nvPicPr>
                      <pic:blipFill>
                        <a:blip r:embed="rId1"/>
                        <a:stretch>
                          <a:fillRect/>
                        </a:stretch>
                      </pic:blipFill>
                      <pic:spPr>
                        <a:xfrm>
                          <a:off x="0" y="0"/>
                          <a:ext cx="1828800" cy="621368"/>
                        </a:xfrm>
                        <a:prstGeom prst="rect">
                          <a:avLst/>
                        </a:prstGeom>
                      </pic:spPr>
                    </pic:pic>
                  </a:graphicData>
                </a:graphic>
              </wp:inline>
            </w:drawing>
          </w:r>
        </w:p>
      </w:tc>
      <w:tc>
        <w:tcPr>
          <w:tcW w:w="5040" w:type="dxa"/>
          <w:tcBorders>
            <w:top w:val="nil"/>
            <w:left w:val="nil"/>
            <w:bottom w:val="nil"/>
            <w:right w:val="nil"/>
          </w:tcBorders>
        </w:tcPr>
        <w:p w14:paraId="0C298CCE" w14:textId="77777777" w:rsidR="0032706C" w:rsidRDefault="00000000">
          <w:pPr>
            <w:jc w:val="right"/>
          </w:pPr>
          <w:r>
            <w:rPr>
              <w:color w:val="666666"/>
              <w:sz w:val="17"/>
            </w:rPr>
            <w:t>Eastern Close, Dogsthorpe, Peterborough, PE1 4PP</w:t>
          </w:r>
          <w:r>
            <w:rPr>
              <w:color w:val="666666"/>
              <w:sz w:val="17"/>
            </w:rPr>
            <w:br/>
            <w:t>01733 568058  |  office@marshfields.co.uk</w:t>
          </w:r>
          <w:r>
            <w:rPr>
              <w:color w:val="666666"/>
              <w:sz w:val="17"/>
            </w:rPr>
            <w:br/>
            <w:t>marshfields.co.uk</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78110484">
    <w:abstractNumId w:val="8"/>
  </w:num>
  <w:num w:numId="2" w16cid:durableId="690647310">
    <w:abstractNumId w:val="6"/>
  </w:num>
  <w:num w:numId="3" w16cid:durableId="1871992161">
    <w:abstractNumId w:val="5"/>
  </w:num>
  <w:num w:numId="4" w16cid:durableId="1368793905">
    <w:abstractNumId w:val="4"/>
  </w:num>
  <w:num w:numId="5" w16cid:durableId="362635494">
    <w:abstractNumId w:val="7"/>
  </w:num>
  <w:num w:numId="6" w16cid:durableId="1089041809">
    <w:abstractNumId w:val="3"/>
  </w:num>
  <w:num w:numId="7" w16cid:durableId="1647469142">
    <w:abstractNumId w:val="2"/>
  </w:num>
  <w:num w:numId="8" w16cid:durableId="1280451901">
    <w:abstractNumId w:val="1"/>
  </w:num>
  <w:num w:numId="9" w16cid:durableId="1736315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2706C"/>
    <w:rsid w:val="00482710"/>
    <w:rsid w:val="009019CE"/>
    <w:rsid w:val="00950BDE"/>
    <w:rsid w:val="009B56E6"/>
    <w:rsid w:val="00A05FB2"/>
    <w:rsid w:val="00AA1D8D"/>
    <w:rsid w:val="00B37860"/>
    <w:rsid w:val="00B47730"/>
    <w:rsid w:val="00CB0664"/>
    <w:rsid w:val="00D625FC"/>
    <w:rsid w:val="00DD762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9A1BF8"/>
  <w14:defaultImageDpi w14:val="300"/>
  <w15:docId w15:val="{DA69AA28-0D86-4AF6-A0D8-652CD8955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45" w:lineRule="auto"/>
    </w:pPr>
    <w:rPr>
      <w:rFonts w:ascii="Arial" w:eastAsia="Arial" w:hAnsi="Arial"/>
      <w:sz w:val="20"/>
    </w:rPr>
  </w:style>
  <w:style w:type="paragraph" w:styleId="Heading1">
    <w:name w:val="heading 1"/>
    <w:basedOn w:val="Normal"/>
    <w:next w:val="Normal"/>
    <w:link w:val="Heading1Char"/>
    <w:uiPriority w:val="9"/>
    <w:qFormat/>
    <w:rsid w:val="00FC693F"/>
    <w:pPr>
      <w:keepNext/>
      <w:keepLines/>
      <w:spacing w:before="160"/>
      <w:outlineLvl w:val="0"/>
    </w:pPr>
    <w:rPr>
      <w:rFonts w:asciiTheme="majorHAnsi" w:eastAsiaTheme="majorEastAsia" w:hAnsiTheme="majorHAnsi" w:cstheme="majorBidi"/>
      <w:b/>
      <w:bCs/>
      <w:color w:val="1F7AAE"/>
      <w:sz w:val="25"/>
      <w:szCs w:val="28"/>
    </w:rPr>
  </w:style>
  <w:style w:type="paragraph" w:styleId="Heading2">
    <w:name w:val="heading 2"/>
    <w:basedOn w:val="Normal"/>
    <w:next w:val="Normal"/>
    <w:link w:val="Heading2Char"/>
    <w:uiPriority w:val="9"/>
    <w:unhideWhenUsed/>
    <w:qFormat/>
    <w:rsid w:val="00FC693F"/>
    <w:pPr>
      <w:keepNext/>
      <w:keepLines/>
      <w:spacing w:before="160"/>
      <w:outlineLvl w:val="1"/>
    </w:pPr>
    <w:rPr>
      <w:rFonts w:asciiTheme="majorHAnsi" w:eastAsiaTheme="majorEastAsia" w:hAnsiTheme="majorHAnsi" w:cstheme="majorBidi"/>
      <w:b/>
      <w:bCs/>
      <w:color w:val="17365D"/>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FTitle">
    <w:name w:val="MFTitle"/>
    <w:pPr>
      <w:spacing w:before="80" w:after="40"/>
    </w:pPr>
    <w:rPr>
      <w:rFonts w:ascii="Arial" w:eastAsia="Arial" w:hAnsi="Arial"/>
      <w:b/>
      <w:color w:val="17365D"/>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981</Words>
  <Characters>5597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Ian Graham</cp:lastModifiedBy>
  <cp:revision>7</cp:revision>
  <dcterms:created xsi:type="dcterms:W3CDTF">2026-09-03T18:57:00Z</dcterms:created>
  <dcterms:modified xsi:type="dcterms:W3CDTF">2026-09-03T19:07:00Z</dcterms:modified>
  <cp:category/>
</cp:coreProperties>
</file>