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744D6" w14:textId="77777777" w:rsidR="002E52EA" w:rsidRDefault="002E52EA" w:rsidP="002E52EA">
      <w:pPr>
        <w:pStyle w:val="Heading1"/>
        <w:spacing w:before="0"/>
        <w:rPr>
          <w:rFonts w:ascii="Arial" w:hAnsi="Arial" w:cs="Arial"/>
          <w:color w:val="0070C0"/>
        </w:rPr>
      </w:pPr>
    </w:p>
    <w:p w14:paraId="01E0A80F" w14:textId="696F5831" w:rsidR="009A4331" w:rsidRDefault="00B9504D" w:rsidP="002E52EA">
      <w:pPr>
        <w:pStyle w:val="Heading1"/>
        <w:spacing w:before="0"/>
        <w:rPr>
          <w:rFonts w:ascii="Arial" w:hAnsi="Arial" w:cs="Arial"/>
          <w:color w:val="0070C0"/>
        </w:rPr>
      </w:pPr>
      <w:r w:rsidRPr="002E52EA">
        <w:rPr>
          <w:rFonts w:ascii="Arial" w:hAnsi="Arial" w:cs="Arial"/>
          <w:color w:val="0070C0"/>
        </w:rPr>
        <w:t>Wearing School Uniform</w:t>
      </w:r>
    </w:p>
    <w:p w14:paraId="1BC4D6C1" w14:textId="77777777" w:rsidR="002E52EA" w:rsidRPr="002E52EA" w:rsidRDefault="002E52EA" w:rsidP="002E52EA"/>
    <w:p w14:paraId="229BE858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 xml:space="preserve">At Marshfields School, we wear </w:t>
      </w:r>
      <w:proofErr w:type="gramStart"/>
      <w:r w:rsidRPr="002E52EA">
        <w:rPr>
          <w:rFonts w:ascii="Arial" w:hAnsi="Arial" w:cs="Arial"/>
        </w:rPr>
        <w:t>uniform</w:t>
      </w:r>
      <w:proofErr w:type="gramEnd"/>
      <w:r w:rsidRPr="002E52EA">
        <w:rPr>
          <w:rFonts w:ascii="Arial" w:hAnsi="Arial" w:cs="Arial"/>
        </w:rPr>
        <w:t xml:space="preserve"> to help children feel proud, belong, and be ready to learn.</w:t>
      </w:r>
    </w:p>
    <w:p w14:paraId="522D47D8" w14:textId="77777777" w:rsidR="009A4331" w:rsidRPr="002E52EA" w:rsidRDefault="009A4331" w:rsidP="002E52EA">
      <w:pPr>
        <w:spacing w:after="0"/>
        <w:rPr>
          <w:rFonts w:ascii="Arial" w:hAnsi="Arial" w:cs="Arial"/>
        </w:rPr>
      </w:pPr>
    </w:p>
    <w:p w14:paraId="2E2A0C13" w14:textId="77777777" w:rsidR="009A4331" w:rsidRPr="002E52EA" w:rsidRDefault="00B9504D" w:rsidP="002E52EA">
      <w:pPr>
        <w:spacing w:after="0"/>
        <w:rPr>
          <w:rFonts w:ascii="Arial" w:hAnsi="Arial" w:cs="Arial"/>
          <w:color w:val="0070C0"/>
        </w:rPr>
      </w:pPr>
      <w:r w:rsidRPr="002E52EA">
        <w:rPr>
          <w:rFonts w:ascii="Arial" w:hAnsi="Arial" w:cs="Arial"/>
          <w:color w:val="0070C0"/>
        </w:rPr>
        <w:t>When uniform is worn</w:t>
      </w:r>
    </w:p>
    <w:p w14:paraId="1E1E103E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 xml:space="preserve">• Children wear </w:t>
      </w:r>
      <w:proofErr w:type="gramStart"/>
      <w:r w:rsidRPr="002E52EA">
        <w:rPr>
          <w:rFonts w:ascii="Arial" w:hAnsi="Arial" w:cs="Arial"/>
        </w:rPr>
        <w:t>uniform</w:t>
      </w:r>
      <w:proofErr w:type="gramEnd"/>
      <w:r w:rsidRPr="002E52EA">
        <w:rPr>
          <w:rFonts w:ascii="Arial" w:hAnsi="Arial" w:cs="Arial"/>
        </w:rPr>
        <w:t xml:space="preserve"> every school day</w:t>
      </w:r>
    </w:p>
    <w:p w14:paraId="0261DE1D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• Uniform is worn from leaving home until going home</w:t>
      </w:r>
    </w:p>
    <w:p w14:paraId="7F92ABDD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• Uniform is usually worn on school trips</w:t>
      </w:r>
    </w:p>
    <w:p w14:paraId="38D8395F" w14:textId="77777777" w:rsidR="009A4331" w:rsidRPr="002E52EA" w:rsidRDefault="009A4331" w:rsidP="002E52EA">
      <w:pPr>
        <w:spacing w:after="0"/>
        <w:rPr>
          <w:rFonts w:ascii="Arial" w:hAnsi="Arial" w:cs="Arial"/>
        </w:rPr>
      </w:pPr>
    </w:p>
    <w:p w14:paraId="5A1DB446" w14:textId="77777777" w:rsidR="009A4331" w:rsidRPr="002E52EA" w:rsidRDefault="00B9504D" w:rsidP="002E52EA">
      <w:pPr>
        <w:spacing w:after="0"/>
        <w:rPr>
          <w:rFonts w:ascii="Arial" w:hAnsi="Arial" w:cs="Arial"/>
          <w:color w:val="0070C0"/>
        </w:rPr>
      </w:pPr>
      <w:r w:rsidRPr="002E52EA">
        <w:rPr>
          <w:rFonts w:ascii="Arial" w:hAnsi="Arial" w:cs="Arial"/>
          <w:color w:val="0070C0"/>
        </w:rPr>
        <w:t xml:space="preserve">What </w:t>
      </w:r>
      <w:proofErr w:type="gramStart"/>
      <w:r w:rsidRPr="002E52EA">
        <w:rPr>
          <w:rFonts w:ascii="Arial" w:hAnsi="Arial" w:cs="Arial"/>
          <w:color w:val="0070C0"/>
        </w:rPr>
        <w:t>uniform should</w:t>
      </w:r>
      <w:proofErr w:type="gramEnd"/>
      <w:r w:rsidRPr="002E52EA">
        <w:rPr>
          <w:rFonts w:ascii="Arial" w:hAnsi="Arial" w:cs="Arial"/>
          <w:color w:val="0070C0"/>
        </w:rPr>
        <w:t xml:space="preserve"> be like</w:t>
      </w:r>
    </w:p>
    <w:p w14:paraId="4099B533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Uniform should be clean, comfortable, smart, and plain.</w:t>
      </w:r>
    </w:p>
    <w:p w14:paraId="63C94236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 xml:space="preserve">Uniform is not </w:t>
      </w:r>
      <w:proofErr w:type="gramStart"/>
      <w:r w:rsidRPr="002E52EA">
        <w:rPr>
          <w:rFonts w:ascii="Arial" w:hAnsi="Arial" w:cs="Arial"/>
        </w:rPr>
        <w:t>fashion</w:t>
      </w:r>
      <w:proofErr w:type="gramEnd"/>
      <w:r w:rsidRPr="002E52EA">
        <w:rPr>
          <w:rFonts w:ascii="Arial" w:hAnsi="Arial" w:cs="Arial"/>
        </w:rPr>
        <w:t xml:space="preserve"> clothing.</w:t>
      </w:r>
    </w:p>
    <w:p w14:paraId="3AFE05E8" w14:textId="77777777" w:rsidR="009A4331" w:rsidRPr="002E52EA" w:rsidRDefault="009A4331" w:rsidP="002E52EA">
      <w:pPr>
        <w:spacing w:after="0"/>
        <w:rPr>
          <w:rFonts w:ascii="Arial" w:hAnsi="Arial" w:cs="Arial"/>
        </w:rPr>
      </w:pPr>
    </w:p>
    <w:p w14:paraId="3E356B86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If your child needs changes to their uniform to help with their needs, the school is happy to help.</w:t>
      </w:r>
    </w:p>
    <w:p w14:paraId="226AD025" w14:textId="77777777" w:rsidR="009A4331" w:rsidRPr="002E52EA" w:rsidRDefault="009A4331" w:rsidP="002E52EA">
      <w:pPr>
        <w:spacing w:after="0"/>
        <w:rPr>
          <w:rFonts w:ascii="Arial" w:hAnsi="Arial" w:cs="Arial"/>
        </w:rPr>
      </w:pPr>
    </w:p>
    <w:p w14:paraId="76BFD475" w14:textId="77777777" w:rsidR="009A4331" w:rsidRPr="002E52EA" w:rsidRDefault="00B9504D" w:rsidP="002E52EA">
      <w:pPr>
        <w:spacing w:after="0"/>
        <w:rPr>
          <w:rFonts w:ascii="Arial" w:hAnsi="Arial" w:cs="Arial"/>
          <w:color w:val="0070C0"/>
        </w:rPr>
      </w:pPr>
      <w:r w:rsidRPr="002E52EA">
        <w:rPr>
          <w:rFonts w:ascii="Arial" w:hAnsi="Arial" w:cs="Arial"/>
          <w:color w:val="0070C0"/>
        </w:rPr>
        <w:t>Clothes and appearance</w:t>
      </w:r>
    </w:p>
    <w:p w14:paraId="38469579" w14:textId="77777777" w:rsidR="009A4331" w:rsidRPr="002E52EA" w:rsidRDefault="009A4331" w:rsidP="002E52EA">
      <w:pPr>
        <w:spacing w:after="0"/>
        <w:rPr>
          <w:rFonts w:ascii="Arial" w:hAnsi="Arial" w:cs="Arial"/>
        </w:rPr>
      </w:pPr>
    </w:p>
    <w:p w14:paraId="06E11E4C" w14:textId="77777777" w:rsidR="009A4331" w:rsidRPr="002E52EA" w:rsidRDefault="00B9504D" w:rsidP="002E52EA">
      <w:pPr>
        <w:spacing w:after="0"/>
        <w:rPr>
          <w:rFonts w:ascii="Arial" w:hAnsi="Arial" w:cs="Arial"/>
          <w:color w:val="0070C0"/>
        </w:rPr>
      </w:pPr>
      <w:r w:rsidRPr="002E52EA">
        <w:rPr>
          <w:rFonts w:ascii="Arial" w:hAnsi="Arial" w:cs="Arial"/>
          <w:color w:val="0070C0"/>
        </w:rPr>
        <w:t>Hair</w:t>
      </w:r>
    </w:p>
    <w:p w14:paraId="05540D33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• Hair should be tidy</w:t>
      </w:r>
    </w:p>
    <w:p w14:paraId="048B0ADD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• Hair should be a natural colour</w:t>
      </w:r>
    </w:p>
    <w:p w14:paraId="652C6FA3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• No patterns or designs</w:t>
      </w:r>
    </w:p>
    <w:p w14:paraId="74C3B89F" w14:textId="77777777" w:rsidR="009A4331" w:rsidRPr="002E52EA" w:rsidRDefault="009A4331" w:rsidP="002E52EA">
      <w:pPr>
        <w:spacing w:after="0"/>
        <w:rPr>
          <w:rFonts w:ascii="Arial" w:hAnsi="Arial" w:cs="Arial"/>
          <w:color w:val="0070C0"/>
        </w:rPr>
      </w:pPr>
    </w:p>
    <w:p w14:paraId="138EA7FF" w14:textId="77777777" w:rsidR="009A4331" w:rsidRPr="002E52EA" w:rsidRDefault="00B9504D" w:rsidP="002E52EA">
      <w:pPr>
        <w:spacing w:after="0"/>
        <w:rPr>
          <w:rFonts w:ascii="Arial" w:hAnsi="Arial" w:cs="Arial"/>
          <w:color w:val="0070C0"/>
        </w:rPr>
      </w:pPr>
      <w:proofErr w:type="spellStart"/>
      <w:r w:rsidRPr="002E52EA">
        <w:rPr>
          <w:rFonts w:ascii="Arial" w:hAnsi="Arial" w:cs="Arial"/>
          <w:color w:val="0070C0"/>
        </w:rPr>
        <w:t>Jewellery</w:t>
      </w:r>
      <w:proofErr w:type="spellEnd"/>
      <w:r w:rsidRPr="002E52EA">
        <w:rPr>
          <w:rFonts w:ascii="Arial" w:hAnsi="Arial" w:cs="Arial"/>
          <w:color w:val="0070C0"/>
        </w:rPr>
        <w:t xml:space="preserve"> and make-up</w:t>
      </w:r>
    </w:p>
    <w:p w14:paraId="62CF9B68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• One small stud earring in each ear is allowed</w:t>
      </w:r>
    </w:p>
    <w:p w14:paraId="5189C058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• A small nose stud is allowed</w:t>
      </w:r>
    </w:p>
    <w:p w14:paraId="2CA4C876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 xml:space="preserve">• No other </w:t>
      </w:r>
      <w:proofErr w:type="spellStart"/>
      <w:r w:rsidRPr="002E52EA">
        <w:rPr>
          <w:rFonts w:ascii="Arial" w:hAnsi="Arial" w:cs="Arial"/>
        </w:rPr>
        <w:t>jewellery</w:t>
      </w:r>
      <w:proofErr w:type="spellEnd"/>
    </w:p>
    <w:p w14:paraId="48AB1E33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• Younger children wear no make-up</w:t>
      </w:r>
    </w:p>
    <w:p w14:paraId="67B2615E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• Older children may wear very light make-up</w:t>
      </w:r>
    </w:p>
    <w:p w14:paraId="414E40FE" w14:textId="77777777" w:rsidR="009A4331" w:rsidRPr="002E52EA" w:rsidRDefault="009A4331" w:rsidP="002E52EA">
      <w:pPr>
        <w:spacing w:after="0"/>
        <w:rPr>
          <w:rFonts w:ascii="Arial" w:hAnsi="Arial" w:cs="Arial"/>
        </w:rPr>
      </w:pPr>
    </w:p>
    <w:p w14:paraId="7220350D" w14:textId="77777777" w:rsidR="009A4331" w:rsidRPr="002E52EA" w:rsidRDefault="00B9504D" w:rsidP="002E52EA">
      <w:pPr>
        <w:spacing w:after="0"/>
        <w:rPr>
          <w:rFonts w:ascii="Arial" w:hAnsi="Arial" w:cs="Arial"/>
          <w:color w:val="0070C0"/>
        </w:rPr>
      </w:pPr>
      <w:r w:rsidRPr="002E52EA">
        <w:rPr>
          <w:rFonts w:ascii="Arial" w:hAnsi="Arial" w:cs="Arial"/>
          <w:color w:val="0070C0"/>
        </w:rPr>
        <w:t>Shoes and coats</w:t>
      </w:r>
    </w:p>
    <w:p w14:paraId="58A01953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• Shoes must be plain black and cover the foot</w:t>
      </w:r>
    </w:p>
    <w:p w14:paraId="10F86AAF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• Trainers are worn only for PE</w:t>
      </w:r>
    </w:p>
    <w:p w14:paraId="252173C6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• Coats should be practical</w:t>
      </w:r>
    </w:p>
    <w:p w14:paraId="0F632F40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• Hoodies are not allowed</w:t>
      </w:r>
    </w:p>
    <w:p w14:paraId="6B186631" w14:textId="77777777" w:rsidR="009A4331" w:rsidRDefault="009A4331" w:rsidP="002E52EA">
      <w:pPr>
        <w:spacing w:after="0"/>
        <w:rPr>
          <w:rFonts w:ascii="Arial" w:hAnsi="Arial" w:cs="Arial"/>
        </w:rPr>
      </w:pPr>
    </w:p>
    <w:p w14:paraId="30767907" w14:textId="77777777" w:rsidR="002E52EA" w:rsidRDefault="002E52EA" w:rsidP="002E52EA">
      <w:pPr>
        <w:spacing w:after="0"/>
        <w:rPr>
          <w:rFonts w:ascii="Arial" w:hAnsi="Arial" w:cs="Arial"/>
        </w:rPr>
      </w:pPr>
    </w:p>
    <w:p w14:paraId="4756166D" w14:textId="77777777" w:rsidR="002E52EA" w:rsidRDefault="002E52EA" w:rsidP="002E52EA">
      <w:pPr>
        <w:spacing w:after="0"/>
        <w:rPr>
          <w:rFonts w:ascii="Arial" w:hAnsi="Arial" w:cs="Arial"/>
        </w:rPr>
      </w:pPr>
    </w:p>
    <w:p w14:paraId="42ACA8B3" w14:textId="77777777" w:rsidR="002E52EA" w:rsidRDefault="002E52EA" w:rsidP="002E52EA">
      <w:pPr>
        <w:spacing w:after="0"/>
        <w:rPr>
          <w:rFonts w:ascii="Arial" w:hAnsi="Arial" w:cs="Arial"/>
        </w:rPr>
      </w:pPr>
    </w:p>
    <w:p w14:paraId="0410ED56" w14:textId="77777777" w:rsidR="002E52EA" w:rsidRPr="002E52EA" w:rsidRDefault="002E52EA" w:rsidP="002E52EA">
      <w:pPr>
        <w:spacing w:after="0"/>
        <w:rPr>
          <w:rFonts w:ascii="Arial" w:hAnsi="Arial" w:cs="Arial"/>
        </w:rPr>
      </w:pPr>
    </w:p>
    <w:p w14:paraId="22154BA1" w14:textId="77777777" w:rsidR="009A4331" w:rsidRPr="002E52EA" w:rsidRDefault="00B9504D" w:rsidP="002E52EA">
      <w:pPr>
        <w:spacing w:after="0"/>
        <w:rPr>
          <w:rFonts w:ascii="Arial" w:hAnsi="Arial" w:cs="Arial"/>
          <w:color w:val="0070C0"/>
        </w:rPr>
      </w:pPr>
      <w:r w:rsidRPr="002E52EA">
        <w:rPr>
          <w:rFonts w:ascii="Arial" w:hAnsi="Arial" w:cs="Arial"/>
          <w:color w:val="0070C0"/>
        </w:rPr>
        <w:t>Phones and smart watches</w:t>
      </w:r>
    </w:p>
    <w:p w14:paraId="260333A2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• Smart watches are not allowed</w:t>
      </w:r>
    </w:p>
    <w:p w14:paraId="63E0A704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• Mobile phones follow the school phone rules</w:t>
      </w:r>
    </w:p>
    <w:p w14:paraId="3C742423" w14:textId="77777777" w:rsidR="009A4331" w:rsidRPr="002E52EA" w:rsidRDefault="009A4331" w:rsidP="002E52EA">
      <w:pPr>
        <w:spacing w:after="0"/>
        <w:rPr>
          <w:rFonts w:ascii="Arial" w:hAnsi="Arial" w:cs="Arial"/>
        </w:rPr>
      </w:pPr>
    </w:p>
    <w:p w14:paraId="4E9B2AD4" w14:textId="77777777" w:rsidR="009A4331" w:rsidRPr="002E52EA" w:rsidRDefault="00B9504D" w:rsidP="002E52EA">
      <w:pPr>
        <w:spacing w:after="0"/>
        <w:rPr>
          <w:rFonts w:ascii="Arial" w:hAnsi="Arial" w:cs="Arial"/>
          <w:color w:val="0070C0"/>
        </w:rPr>
      </w:pPr>
      <w:r w:rsidRPr="002E52EA">
        <w:rPr>
          <w:rFonts w:ascii="Arial" w:hAnsi="Arial" w:cs="Arial"/>
          <w:color w:val="0070C0"/>
        </w:rPr>
        <w:t>School uniform</w:t>
      </w:r>
    </w:p>
    <w:p w14:paraId="31C6F83C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Children wear a school jumper or blazer, a white top, black trousers, skirt or shorts, and black shoes.</w:t>
      </w:r>
    </w:p>
    <w:p w14:paraId="392DDAE2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 xml:space="preserve">Older children may also wear </w:t>
      </w:r>
      <w:proofErr w:type="gramStart"/>
      <w:r w:rsidRPr="002E52EA">
        <w:rPr>
          <w:rFonts w:ascii="Arial" w:hAnsi="Arial" w:cs="Arial"/>
        </w:rPr>
        <w:t>a school tie</w:t>
      </w:r>
      <w:proofErr w:type="gramEnd"/>
      <w:r w:rsidRPr="002E52EA">
        <w:rPr>
          <w:rFonts w:ascii="Arial" w:hAnsi="Arial" w:cs="Arial"/>
        </w:rPr>
        <w:t>.</w:t>
      </w:r>
    </w:p>
    <w:p w14:paraId="2F32D5B6" w14:textId="77777777" w:rsidR="009A4331" w:rsidRPr="002E52EA" w:rsidRDefault="009A4331" w:rsidP="002E52EA">
      <w:pPr>
        <w:spacing w:after="0"/>
        <w:rPr>
          <w:rFonts w:ascii="Arial" w:hAnsi="Arial" w:cs="Arial"/>
        </w:rPr>
      </w:pPr>
    </w:p>
    <w:p w14:paraId="4C3D7724" w14:textId="77777777" w:rsidR="009A4331" w:rsidRPr="002E52EA" w:rsidRDefault="00B9504D" w:rsidP="002E52EA">
      <w:pPr>
        <w:spacing w:after="0"/>
        <w:rPr>
          <w:rFonts w:ascii="Arial" w:hAnsi="Arial" w:cs="Arial"/>
          <w:color w:val="0070C0"/>
        </w:rPr>
      </w:pPr>
      <w:r w:rsidRPr="002E52EA">
        <w:rPr>
          <w:rFonts w:ascii="Arial" w:hAnsi="Arial" w:cs="Arial"/>
          <w:color w:val="0070C0"/>
        </w:rPr>
        <w:t>Labels and belongings</w:t>
      </w:r>
    </w:p>
    <w:p w14:paraId="6D10799D" w14:textId="092A9836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Please label clothes, bags, coats, and water bottles</w:t>
      </w:r>
      <w:r w:rsidR="006F1B13" w:rsidRPr="002E52EA">
        <w:rPr>
          <w:rFonts w:ascii="Arial" w:hAnsi="Arial" w:cs="Arial"/>
        </w:rPr>
        <w:t xml:space="preserve"> with your child’s name and class.</w:t>
      </w:r>
    </w:p>
    <w:p w14:paraId="2C167E90" w14:textId="77777777" w:rsidR="009A4331" w:rsidRPr="002E52EA" w:rsidRDefault="009A4331" w:rsidP="002E52EA">
      <w:pPr>
        <w:spacing w:after="0"/>
        <w:rPr>
          <w:rFonts w:ascii="Arial" w:hAnsi="Arial" w:cs="Arial"/>
        </w:rPr>
      </w:pPr>
    </w:p>
    <w:p w14:paraId="76021DF8" w14:textId="77777777" w:rsidR="009A4331" w:rsidRPr="002E52EA" w:rsidRDefault="00B9504D" w:rsidP="002E52EA">
      <w:pPr>
        <w:spacing w:after="0"/>
        <w:rPr>
          <w:rFonts w:ascii="Arial" w:hAnsi="Arial" w:cs="Arial"/>
          <w:color w:val="0070C0"/>
        </w:rPr>
      </w:pPr>
      <w:r w:rsidRPr="002E52EA">
        <w:rPr>
          <w:rFonts w:ascii="Arial" w:hAnsi="Arial" w:cs="Arial"/>
          <w:color w:val="0070C0"/>
        </w:rPr>
        <w:t>If uniform is not right</w:t>
      </w:r>
    </w:p>
    <w:p w14:paraId="4A44B41F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 xml:space="preserve">The school will talk kindly with families, </w:t>
      </w:r>
      <w:proofErr w:type="gramStart"/>
      <w:r w:rsidRPr="002E52EA">
        <w:rPr>
          <w:rFonts w:ascii="Arial" w:hAnsi="Arial" w:cs="Arial"/>
        </w:rPr>
        <w:t>give</w:t>
      </w:r>
      <w:proofErr w:type="gramEnd"/>
      <w:r w:rsidRPr="002E52EA">
        <w:rPr>
          <w:rFonts w:ascii="Arial" w:hAnsi="Arial" w:cs="Arial"/>
        </w:rPr>
        <w:t xml:space="preserve"> time to fix the problem, and offer help if needed.</w:t>
      </w:r>
    </w:p>
    <w:p w14:paraId="48BEDB02" w14:textId="77777777" w:rsidR="009A4331" w:rsidRPr="002E52EA" w:rsidRDefault="009A4331" w:rsidP="002E52EA">
      <w:pPr>
        <w:spacing w:after="0"/>
        <w:rPr>
          <w:rFonts w:ascii="Arial" w:hAnsi="Arial" w:cs="Arial"/>
        </w:rPr>
      </w:pPr>
    </w:p>
    <w:p w14:paraId="5CE4BC15" w14:textId="77777777" w:rsidR="009A4331" w:rsidRPr="002E52EA" w:rsidRDefault="00B9504D" w:rsidP="002E52EA">
      <w:pPr>
        <w:spacing w:after="0"/>
        <w:rPr>
          <w:rFonts w:ascii="Arial" w:hAnsi="Arial" w:cs="Arial"/>
          <w:color w:val="0070C0"/>
        </w:rPr>
      </w:pPr>
      <w:r w:rsidRPr="002E52EA">
        <w:rPr>
          <w:rFonts w:ascii="Arial" w:hAnsi="Arial" w:cs="Arial"/>
          <w:color w:val="0070C0"/>
        </w:rPr>
        <w:t>Help with uniform</w:t>
      </w:r>
    </w:p>
    <w:p w14:paraId="4E106219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Second-hand uniform is available from school. Families can contact the school office for help.</w:t>
      </w:r>
    </w:p>
    <w:p w14:paraId="65902535" w14:textId="77777777" w:rsidR="009A4331" w:rsidRPr="002E52EA" w:rsidRDefault="009A4331" w:rsidP="002E52EA">
      <w:pPr>
        <w:spacing w:after="0"/>
        <w:rPr>
          <w:rFonts w:ascii="Arial" w:hAnsi="Arial" w:cs="Arial"/>
        </w:rPr>
      </w:pPr>
    </w:p>
    <w:p w14:paraId="65F05112" w14:textId="77777777" w:rsidR="009A4331" w:rsidRPr="002E52EA" w:rsidRDefault="00B9504D" w:rsidP="002E52EA">
      <w:pPr>
        <w:spacing w:after="0"/>
        <w:rPr>
          <w:rFonts w:ascii="Arial" w:hAnsi="Arial" w:cs="Arial"/>
          <w:color w:val="0070C0"/>
        </w:rPr>
      </w:pPr>
      <w:r w:rsidRPr="002E52EA">
        <w:rPr>
          <w:rFonts w:ascii="Arial" w:hAnsi="Arial" w:cs="Arial"/>
          <w:color w:val="0070C0"/>
        </w:rPr>
        <w:t>In simple words</w:t>
      </w:r>
    </w:p>
    <w:p w14:paraId="4F63122E" w14:textId="77777777" w:rsidR="009A4331" w:rsidRPr="002E52EA" w:rsidRDefault="00B9504D" w:rsidP="002E52EA">
      <w:pPr>
        <w:spacing w:after="0"/>
        <w:rPr>
          <w:rFonts w:ascii="Arial" w:hAnsi="Arial" w:cs="Arial"/>
        </w:rPr>
      </w:pPr>
      <w:r w:rsidRPr="002E52EA">
        <w:rPr>
          <w:rFonts w:ascii="Arial" w:hAnsi="Arial" w:cs="Arial"/>
        </w:rPr>
        <w:t>Uniform helps children feel proud and safe. Everyone is treated fairly.</w:t>
      </w:r>
    </w:p>
    <w:sectPr w:rsidR="009A4331" w:rsidRPr="002E52EA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036E1" w14:textId="77777777" w:rsidR="002E52EA" w:rsidRDefault="002E52EA" w:rsidP="002E52EA">
      <w:pPr>
        <w:spacing w:after="0" w:line="240" w:lineRule="auto"/>
      </w:pPr>
      <w:r>
        <w:separator/>
      </w:r>
    </w:p>
  </w:endnote>
  <w:endnote w:type="continuationSeparator" w:id="0">
    <w:p w14:paraId="0EBBFE15" w14:textId="77777777" w:rsidR="002E52EA" w:rsidRDefault="002E52EA" w:rsidP="002E5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990C3" w14:textId="1BBD9F7A" w:rsidR="002E52EA" w:rsidRDefault="002E52EA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3257ECC8" wp14:editId="7829B04D">
              <wp:simplePos x="0" y="0"/>
              <wp:positionH relativeFrom="margin">
                <wp:posOffset>-990600</wp:posOffset>
              </wp:positionH>
              <wp:positionV relativeFrom="paragraph">
                <wp:posOffset>217170</wp:posOffset>
              </wp:positionV>
              <wp:extent cx="5076825" cy="23812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68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99E980" w14:textId="77777777" w:rsidR="002E52EA" w:rsidRPr="000936C2" w:rsidRDefault="002E52EA" w:rsidP="002E52EA">
                          <w:pPr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  <w:t>Eastern Close, Dogsthorpe, Peterborough, PE1 4PP. 01733 568058. office@marshfields.co.uk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57ECC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78pt;margin-top:17.1pt;width:399.75pt;height:18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8rrCwIAAPY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" stroked="f">
              <v:textbox>
                <w:txbxContent>
                  <w:p w14:paraId="5199E980" w14:textId="77777777" w:rsidR="002E52EA" w:rsidRPr="000936C2" w:rsidRDefault="002E52EA" w:rsidP="002E52EA">
                    <w:pPr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</w:pPr>
                    <w:r w:rsidRPr="000936C2"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  <w:t>Eastern Close, Dogsthorpe, Peterborough, PE1 4PP. 01733 568058. office@marshfields.co.uk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sdt>
      <w:sdtPr>
        <w:id w:val="1146787192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sdtContent>
    </w:sdt>
  </w:p>
  <w:p w14:paraId="1FCFD969" w14:textId="549BCD8E" w:rsidR="002E52EA" w:rsidRDefault="002E52EA">
    <w:pPr>
      <w:pStyle w:val="Footer"/>
    </w:pPr>
    <w:r w:rsidRPr="00554DAF">
      <w:rPr>
        <w:noProof/>
      </w:rPr>
      <w:drawing>
        <wp:anchor distT="0" distB="0" distL="114300" distR="114300" simplePos="0" relativeHeight="251662336" behindDoc="0" locked="0" layoutInCell="1" allowOverlap="1" wp14:anchorId="6C748225" wp14:editId="4D1C685F">
          <wp:simplePos x="0" y="0"/>
          <wp:positionH relativeFrom="page">
            <wp:posOffset>-302895</wp:posOffset>
          </wp:positionH>
          <wp:positionV relativeFrom="page">
            <wp:posOffset>9953625</wp:posOffset>
          </wp:positionV>
          <wp:extent cx="8069385" cy="149860"/>
          <wp:effectExtent l="0" t="0" r="8255" b="2540"/>
          <wp:wrapNone/>
          <wp:docPr id="177892346" name="Picture 177892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9385" cy="149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D6C96C1" wp14:editId="68EE9293">
              <wp:simplePos x="0" y="0"/>
              <wp:positionH relativeFrom="margin">
                <wp:posOffset>4152900</wp:posOffset>
              </wp:positionH>
              <wp:positionV relativeFrom="page">
                <wp:posOffset>9542145</wp:posOffset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5DA9F26" w14:textId="77777777" w:rsidR="002E52EA" w:rsidRPr="000936C2" w:rsidRDefault="002E52EA" w:rsidP="002E52EA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C96C1" id="Text Box 1505302268" o:spid="_x0000_s1027" type="#_x0000_t202" style="position:absolute;margin-left:327pt;margin-top:751.35pt;width:141.7pt;height:34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" filled="f" stroked="f" strokeweight=".5pt">
              <v:textbox inset="0,0,0,0">
                <w:txbxContent>
                  <w:p w14:paraId="75DA9F26" w14:textId="77777777" w:rsidR="002E52EA" w:rsidRPr="000936C2" w:rsidRDefault="002E52EA" w:rsidP="002E52EA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</w:pPr>
                    <w:r w:rsidRPr="000936C2"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E46E2" w14:textId="77777777" w:rsidR="002E52EA" w:rsidRDefault="002E52EA" w:rsidP="002E52EA">
      <w:pPr>
        <w:spacing w:after="0" w:line="240" w:lineRule="auto"/>
      </w:pPr>
      <w:r>
        <w:separator/>
      </w:r>
    </w:p>
  </w:footnote>
  <w:footnote w:type="continuationSeparator" w:id="0">
    <w:p w14:paraId="2B114BAE" w14:textId="77777777" w:rsidR="002E52EA" w:rsidRDefault="002E52EA" w:rsidP="002E52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0F737" w14:textId="03F2523C" w:rsidR="002E52EA" w:rsidRPr="00E26C15" w:rsidRDefault="002E52EA" w:rsidP="002E52EA">
    <w:pPr>
      <w:pStyle w:val="Header"/>
      <w:jc w:val="right"/>
      <w:rPr>
        <w:rFonts w:ascii="Arial" w:hAnsi="Arial" w:cs="Arial"/>
        <w:noProof/>
        <w:sz w:val="18"/>
        <w:szCs w:val="18"/>
      </w:rPr>
    </w:pPr>
    <w:bookmarkStart w:id="0" w:name="_Hlk200961883"/>
    <w:r w:rsidRPr="00E26C15">
      <w:rPr>
        <w:rFonts w:ascii="Arial" w:hAnsi="Arial" w:cs="Arial"/>
        <w:noProof/>
      </w:rPr>
      <w:drawing>
        <wp:anchor distT="0" distB="0" distL="114300" distR="114300" simplePos="0" relativeHeight="251653120" behindDoc="0" locked="0" layoutInCell="1" allowOverlap="1" wp14:anchorId="027A5E92" wp14:editId="2B8ABD4A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1205229635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C15">
      <w:rPr>
        <w:rFonts w:ascii="Arial" w:hAnsi="Arial" w:cs="Arial"/>
        <w:noProof/>
        <w:sz w:val="18"/>
        <w:szCs w:val="18"/>
      </w:rPr>
      <w:t xml:space="preserve">Document Name: </w:t>
    </w:r>
    <w:r>
      <w:rPr>
        <w:rFonts w:ascii="Arial" w:hAnsi="Arial" w:cs="Arial"/>
        <w:noProof/>
        <w:sz w:val="18"/>
        <w:szCs w:val="18"/>
      </w:rPr>
      <w:t>Uniform Poliicy Summary</w:t>
    </w:r>
  </w:p>
  <w:p w14:paraId="7958B7B1" w14:textId="77777777" w:rsidR="002E52EA" w:rsidRPr="00E26C15" w:rsidRDefault="002E52EA" w:rsidP="002E52EA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Author: </w:t>
    </w:r>
    <w:r>
      <w:rPr>
        <w:rFonts w:ascii="Arial" w:hAnsi="Arial" w:cs="Arial"/>
        <w:noProof/>
        <w:sz w:val="18"/>
        <w:szCs w:val="18"/>
      </w:rPr>
      <w:t>Ian Graham</w:t>
    </w:r>
  </w:p>
  <w:p w14:paraId="5B8C02C7" w14:textId="4B72A2BB" w:rsidR="002E52EA" w:rsidRPr="00E26C15" w:rsidRDefault="002E52EA" w:rsidP="002E52EA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Last reviewed: </w:t>
    </w:r>
    <w:r>
      <w:rPr>
        <w:rFonts w:ascii="Arial" w:hAnsi="Arial" w:cs="Arial"/>
        <w:noProof/>
        <w:sz w:val="18"/>
        <w:szCs w:val="18"/>
      </w:rPr>
      <w:t>July</w:t>
    </w:r>
    <w:r>
      <w:rPr>
        <w:rFonts w:ascii="Arial" w:hAnsi="Arial" w:cs="Arial"/>
        <w:noProof/>
        <w:sz w:val="18"/>
        <w:szCs w:val="18"/>
      </w:rPr>
      <w:t xml:space="preserve"> 2025</w:t>
    </w:r>
  </w:p>
  <w:p w14:paraId="25536157" w14:textId="4A02CFF7" w:rsidR="002E52EA" w:rsidRPr="00E26C15" w:rsidRDefault="002E52EA" w:rsidP="002E52EA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Next Review: </w:t>
    </w:r>
    <w:r>
      <w:rPr>
        <w:rFonts w:ascii="Arial" w:hAnsi="Arial" w:cs="Arial"/>
        <w:noProof/>
        <w:sz w:val="18"/>
        <w:szCs w:val="18"/>
      </w:rPr>
      <w:t>July</w:t>
    </w:r>
    <w:r>
      <w:rPr>
        <w:rFonts w:ascii="Arial" w:hAnsi="Arial" w:cs="Arial"/>
        <w:noProof/>
        <w:sz w:val="18"/>
        <w:szCs w:val="18"/>
      </w:rPr>
      <w:t xml:space="preserve"> 2026</w:t>
    </w:r>
  </w:p>
  <w:p w14:paraId="0ACA004E" w14:textId="77777777" w:rsidR="002E52EA" w:rsidRDefault="002E52EA" w:rsidP="002E52EA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Version: </w:t>
    </w:r>
    <w:r>
      <w:rPr>
        <w:rFonts w:ascii="Arial" w:hAnsi="Arial" w:cs="Arial"/>
        <w:noProof/>
        <w:sz w:val="18"/>
        <w:szCs w:val="18"/>
      </w:rPr>
      <w:t>1</w:t>
    </w:r>
  </w:p>
  <w:bookmarkEnd w:id="0"/>
  <w:p w14:paraId="5CCFD613" w14:textId="77777777" w:rsidR="002E52EA" w:rsidRDefault="002E52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50313241">
    <w:abstractNumId w:val="8"/>
  </w:num>
  <w:num w:numId="2" w16cid:durableId="9380737">
    <w:abstractNumId w:val="6"/>
  </w:num>
  <w:num w:numId="3" w16cid:durableId="1979335633">
    <w:abstractNumId w:val="5"/>
  </w:num>
  <w:num w:numId="4" w16cid:durableId="853689272">
    <w:abstractNumId w:val="4"/>
  </w:num>
  <w:num w:numId="5" w16cid:durableId="1964575694">
    <w:abstractNumId w:val="7"/>
  </w:num>
  <w:num w:numId="6" w16cid:durableId="1600944527">
    <w:abstractNumId w:val="3"/>
  </w:num>
  <w:num w:numId="7" w16cid:durableId="1940790159">
    <w:abstractNumId w:val="2"/>
  </w:num>
  <w:num w:numId="8" w16cid:durableId="1501655721">
    <w:abstractNumId w:val="1"/>
  </w:num>
  <w:num w:numId="9" w16cid:durableId="1268201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E52EA"/>
    <w:rsid w:val="00326F90"/>
    <w:rsid w:val="0035703D"/>
    <w:rsid w:val="006F1B13"/>
    <w:rsid w:val="009A4331"/>
    <w:rsid w:val="00AA1D8D"/>
    <w:rsid w:val="00B47730"/>
    <w:rsid w:val="00B9504D"/>
    <w:rsid w:val="00C6792E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08E959D"/>
  <w14:defaultImageDpi w14:val="300"/>
  <w15:docId w15:val="{7362C2AE-1E88-4E1B-BC88-9212A72F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249</Words>
  <Characters>1424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Daniella Pinnelli</cp:lastModifiedBy>
  <cp:revision>2</cp:revision>
  <dcterms:created xsi:type="dcterms:W3CDTF">2026-01-29T13:55:00Z</dcterms:created>
  <dcterms:modified xsi:type="dcterms:W3CDTF">2026-01-29T13:55:00Z</dcterms:modified>
  <cp:category/>
</cp:coreProperties>
</file>