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0E14E" w14:textId="77777777" w:rsidR="008E4C95" w:rsidRDefault="008E4C95" w:rsidP="008E4C95">
      <w:pPr>
        <w:pStyle w:val="Heading1"/>
        <w:spacing w:before="0"/>
        <w:rPr>
          <w:rFonts w:ascii="Arial" w:hAnsi="Arial" w:cs="Arial"/>
          <w:color w:val="0070C0"/>
        </w:rPr>
      </w:pPr>
    </w:p>
    <w:p w14:paraId="3FF08E79" w14:textId="18192D70" w:rsidR="002E6AC3" w:rsidRPr="008E4C95" w:rsidRDefault="002B0D47" w:rsidP="008E4C95">
      <w:pPr>
        <w:pStyle w:val="Heading1"/>
        <w:spacing w:before="0"/>
        <w:rPr>
          <w:rFonts w:ascii="Arial" w:hAnsi="Arial" w:cs="Arial"/>
          <w:color w:val="0070C0"/>
        </w:rPr>
      </w:pPr>
      <w:r w:rsidRPr="008E4C95">
        <w:rPr>
          <w:rFonts w:ascii="Arial" w:hAnsi="Arial" w:cs="Arial"/>
          <w:color w:val="0070C0"/>
        </w:rPr>
        <w:t>Using Social Media Safely and Kindly</w:t>
      </w:r>
    </w:p>
    <w:p w14:paraId="2D075C5B" w14:textId="77777777" w:rsidR="008E4C95" w:rsidRPr="008E4C95" w:rsidRDefault="008E4C95" w:rsidP="008E4C95"/>
    <w:p w14:paraId="4C08576F" w14:textId="576BB63A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At Marshfields School, we want everyone to be safe, kind, and respectful online.</w:t>
      </w:r>
    </w:p>
    <w:p w14:paraId="770F0D92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Social media can be fun and helpful, but it must be used carefully.</w:t>
      </w:r>
    </w:p>
    <w:p w14:paraId="16FEA95D" w14:textId="77777777" w:rsidR="008E4C95" w:rsidRDefault="008E4C95" w:rsidP="008E4C95">
      <w:pPr>
        <w:rPr>
          <w:rFonts w:ascii="Arial" w:hAnsi="Arial" w:cs="Arial"/>
          <w:color w:val="0070C0"/>
        </w:rPr>
      </w:pPr>
    </w:p>
    <w:p w14:paraId="6BE8CCFE" w14:textId="5A3AA5FC" w:rsidR="002E6AC3" w:rsidRPr="008E4C95" w:rsidRDefault="002B0D47" w:rsidP="008E4C95">
      <w:pPr>
        <w:spacing w:after="0"/>
        <w:rPr>
          <w:rFonts w:ascii="Arial" w:hAnsi="Arial" w:cs="Arial"/>
          <w:color w:val="0070C0"/>
        </w:rPr>
      </w:pPr>
      <w:r w:rsidRPr="008E4C95">
        <w:rPr>
          <w:rFonts w:ascii="Arial" w:hAnsi="Arial" w:cs="Arial"/>
          <w:color w:val="0070C0"/>
        </w:rPr>
        <w:t>School social media pages</w:t>
      </w:r>
    </w:p>
    <w:p w14:paraId="5D0D2535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The school uses official Facebook pages to share news, events, reminders, and celebrations.</w:t>
      </w:r>
    </w:p>
    <w:p w14:paraId="5C5942AF" w14:textId="77777777" w:rsidR="002E6AC3" w:rsidRPr="008E4C95" w:rsidRDefault="002B0D47" w:rsidP="008E4C95">
      <w:pPr>
        <w:rPr>
          <w:rFonts w:ascii="Arial" w:hAnsi="Arial" w:cs="Arial"/>
        </w:rPr>
      </w:pPr>
      <w:r w:rsidRPr="008E4C95">
        <w:rPr>
          <w:rFonts w:ascii="Arial" w:hAnsi="Arial" w:cs="Arial"/>
        </w:rPr>
        <w:t>Photos are only shared when parents have given permission.</w:t>
      </w:r>
    </w:p>
    <w:p w14:paraId="6F5EDA18" w14:textId="77777777" w:rsidR="002E6AC3" w:rsidRPr="008E4C95" w:rsidRDefault="002B0D47" w:rsidP="008E4C95">
      <w:pPr>
        <w:spacing w:after="0"/>
        <w:rPr>
          <w:rFonts w:ascii="Arial" w:hAnsi="Arial" w:cs="Arial"/>
          <w:color w:val="0070C0"/>
        </w:rPr>
      </w:pPr>
      <w:r w:rsidRPr="008E4C95">
        <w:rPr>
          <w:rFonts w:ascii="Arial" w:hAnsi="Arial" w:cs="Arial"/>
          <w:color w:val="0070C0"/>
        </w:rPr>
        <w:t>What the school will not post</w:t>
      </w:r>
    </w:p>
    <w:p w14:paraId="24E1B9EA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• Photos or names without permission</w:t>
      </w:r>
    </w:p>
    <w:p w14:paraId="02A60EC4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• Unkind or hurtful comments</w:t>
      </w:r>
    </w:p>
    <w:p w14:paraId="379136FE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• Political messages</w:t>
      </w:r>
    </w:p>
    <w:p w14:paraId="4B4D2487" w14:textId="77777777" w:rsid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• Arguments or complaints</w:t>
      </w:r>
    </w:p>
    <w:p w14:paraId="51AE90FA" w14:textId="77777777" w:rsidR="008E4C95" w:rsidRDefault="008E4C95" w:rsidP="008E4C95">
      <w:pPr>
        <w:spacing w:after="0"/>
        <w:rPr>
          <w:rFonts w:ascii="Arial" w:hAnsi="Arial" w:cs="Arial"/>
        </w:rPr>
      </w:pPr>
    </w:p>
    <w:p w14:paraId="7C974605" w14:textId="697F3F5C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  <w:color w:val="0070C0"/>
        </w:rPr>
        <w:t>Being kind and respectful online</w:t>
      </w:r>
    </w:p>
    <w:p w14:paraId="526632AA" w14:textId="77777777" w:rsidR="002E6AC3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We ask everyone to use kind words, be respectful, and think before posting.</w:t>
      </w:r>
    </w:p>
    <w:p w14:paraId="647CC484" w14:textId="77777777" w:rsidR="008E4C95" w:rsidRPr="008E4C95" w:rsidRDefault="008E4C95" w:rsidP="008E4C95">
      <w:pPr>
        <w:spacing w:after="0"/>
        <w:rPr>
          <w:rFonts w:ascii="Arial" w:hAnsi="Arial" w:cs="Arial"/>
        </w:rPr>
      </w:pPr>
    </w:p>
    <w:p w14:paraId="1BD3E4E5" w14:textId="77777777" w:rsidR="002E6AC3" w:rsidRPr="008E4C95" w:rsidRDefault="002B0D47" w:rsidP="008E4C95">
      <w:pPr>
        <w:spacing w:after="0"/>
        <w:rPr>
          <w:rFonts w:ascii="Arial" w:hAnsi="Arial" w:cs="Arial"/>
          <w:color w:val="0070C0"/>
        </w:rPr>
      </w:pPr>
      <w:r w:rsidRPr="008E4C95">
        <w:rPr>
          <w:rFonts w:ascii="Arial" w:hAnsi="Arial" w:cs="Arial"/>
          <w:color w:val="0070C0"/>
        </w:rPr>
        <w:t>Staff and social media</w:t>
      </w:r>
    </w:p>
    <w:p w14:paraId="2B00E029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• Staff do not add pupils as friends</w:t>
      </w:r>
    </w:p>
    <w:p w14:paraId="5BA45CDC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• Staff do not post pictures of pupils</w:t>
      </w:r>
    </w:p>
    <w:p w14:paraId="0F812990" w14:textId="77777777" w:rsid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• Staff do not talk about children or families online</w:t>
      </w:r>
    </w:p>
    <w:p w14:paraId="2A83E251" w14:textId="77777777" w:rsidR="008E4C95" w:rsidRDefault="008E4C95" w:rsidP="008E4C95">
      <w:pPr>
        <w:spacing w:after="0"/>
        <w:rPr>
          <w:rFonts w:ascii="Arial" w:hAnsi="Arial" w:cs="Arial"/>
        </w:rPr>
      </w:pPr>
    </w:p>
    <w:p w14:paraId="1CE62035" w14:textId="692423F2" w:rsidR="002E6AC3" w:rsidRPr="008E4C95" w:rsidRDefault="008E4C95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  <w:color w:val="0070C0"/>
        </w:rPr>
        <w:t>C</w:t>
      </w:r>
      <w:r w:rsidR="002B0D47" w:rsidRPr="008E4C95">
        <w:rPr>
          <w:rFonts w:ascii="Arial" w:hAnsi="Arial" w:cs="Arial"/>
          <w:color w:val="0070C0"/>
        </w:rPr>
        <w:t>hildren and social media</w:t>
      </w:r>
    </w:p>
    <w:p w14:paraId="77E53063" w14:textId="208E0A61" w:rsidR="002E6AC3" w:rsidRPr="008E4C95" w:rsidRDefault="002B0D47" w:rsidP="008E4C95">
      <w:pPr>
        <w:rPr>
          <w:rFonts w:ascii="Arial" w:hAnsi="Arial" w:cs="Arial"/>
        </w:rPr>
      </w:pPr>
      <w:r w:rsidRPr="008E4C95">
        <w:rPr>
          <w:rFonts w:ascii="Arial" w:hAnsi="Arial" w:cs="Arial"/>
        </w:rPr>
        <w:t>Children are taught to be kind online and tell an adult if something feels wrong.</w:t>
      </w:r>
    </w:p>
    <w:p w14:paraId="2E7E44BF" w14:textId="77777777" w:rsidR="002E6AC3" w:rsidRPr="008E4C95" w:rsidRDefault="002B0D47" w:rsidP="008E4C95">
      <w:pPr>
        <w:spacing w:after="0"/>
        <w:rPr>
          <w:rFonts w:ascii="Arial" w:hAnsi="Arial" w:cs="Arial"/>
          <w:color w:val="0070C0"/>
        </w:rPr>
      </w:pPr>
      <w:r w:rsidRPr="008E4C95">
        <w:rPr>
          <w:rFonts w:ascii="Arial" w:hAnsi="Arial" w:cs="Arial"/>
          <w:color w:val="0070C0"/>
        </w:rPr>
        <w:t>Parents and carers</w:t>
      </w:r>
    </w:p>
    <w:p w14:paraId="12A287B7" w14:textId="0430F39F" w:rsidR="002E6AC3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Parents should be respectful online, not post photos of other children, and share concerns with the school directly</w:t>
      </w:r>
      <w:r w:rsidR="004D3D90" w:rsidRPr="008E4C95">
        <w:rPr>
          <w:rFonts w:ascii="Arial" w:hAnsi="Arial" w:cs="Arial"/>
        </w:rPr>
        <w:t xml:space="preserve"> not on Facebook.</w:t>
      </w:r>
    </w:p>
    <w:p w14:paraId="0DBDB11A" w14:textId="77777777" w:rsidR="008E4C95" w:rsidRPr="008E4C95" w:rsidRDefault="008E4C95" w:rsidP="008E4C95">
      <w:pPr>
        <w:spacing w:after="0"/>
        <w:rPr>
          <w:rFonts w:ascii="Arial" w:hAnsi="Arial" w:cs="Arial"/>
        </w:rPr>
      </w:pPr>
    </w:p>
    <w:p w14:paraId="003D3E97" w14:textId="77777777" w:rsidR="002E6AC3" w:rsidRPr="008E4C95" w:rsidRDefault="002B0D47" w:rsidP="008E4C95">
      <w:pPr>
        <w:spacing w:after="0"/>
        <w:rPr>
          <w:rFonts w:ascii="Arial" w:hAnsi="Arial" w:cs="Arial"/>
          <w:color w:val="0070C0"/>
        </w:rPr>
      </w:pPr>
      <w:r w:rsidRPr="008E4C95">
        <w:rPr>
          <w:rFonts w:ascii="Arial" w:hAnsi="Arial" w:cs="Arial"/>
          <w:color w:val="0070C0"/>
        </w:rPr>
        <w:t>Keeping everyone safe</w:t>
      </w:r>
    </w:p>
    <w:p w14:paraId="606D8797" w14:textId="64FEE012" w:rsidR="002E6AC3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Staff are trained, posts are checked, and the policy is reviewed every year.</w:t>
      </w:r>
    </w:p>
    <w:p w14:paraId="4AF44573" w14:textId="77777777" w:rsidR="008E4C95" w:rsidRPr="008E4C95" w:rsidRDefault="008E4C95" w:rsidP="008E4C95">
      <w:pPr>
        <w:spacing w:after="0"/>
        <w:rPr>
          <w:rFonts w:ascii="Arial" w:hAnsi="Arial" w:cs="Arial"/>
        </w:rPr>
      </w:pPr>
    </w:p>
    <w:p w14:paraId="64F79DE5" w14:textId="77777777" w:rsidR="002E6AC3" w:rsidRPr="008E4C95" w:rsidRDefault="002B0D47" w:rsidP="008E4C95">
      <w:pPr>
        <w:spacing w:after="0"/>
        <w:rPr>
          <w:rFonts w:ascii="Arial" w:hAnsi="Arial" w:cs="Arial"/>
          <w:color w:val="0070C0"/>
        </w:rPr>
      </w:pPr>
      <w:r w:rsidRPr="008E4C95">
        <w:rPr>
          <w:rFonts w:ascii="Arial" w:hAnsi="Arial" w:cs="Arial"/>
          <w:color w:val="0070C0"/>
        </w:rPr>
        <w:t>In simple words</w:t>
      </w:r>
    </w:p>
    <w:p w14:paraId="0A714591" w14:textId="77777777" w:rsidR="002E6AC3" w:rsidRPr="008E4C95" w:rsidRDefault="002B0D47" w:rsidP="008E4C95">
      <w:pPr>
        <w:spacing w:after="0"/>
        <w:rPr>
          <w:rFonts w:ascii="Arial" w:hAnsi="Arial" w:cs="Arial"/>
        </w:rPr>
      </w:pPr>
      <w:r w:rsidRPr="008E4C95">
        <w:rPr>
          <w:rFonts w:ascii="Arial" w:hAnsi="Arial" w:cs="Arial"/>
        </w:rPr>
        <w:t>Social media is used carefully. Kindness matters. Children’s safety comes first.</w:t>
      </w:r>
    </w:p>
    <w:sectPr w:rsidR="002E6AC3" w:rsidRPr="008E4C9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0B340" w14:textId="77777777" w:rsidR="008E4C95" w:rsidRDefault="008E4C95" w:rsidP="008E4C95">
      <w:pPr>
        <w:spacing w:after="0" w:line="240" w:lineRule="auto"/>
      </w:pPr>
      <w:r>
        <w:separator/>
      </w:r>
    </w:p>
  </w:endnote>
  <w:endnote w:type="continuationSeparator" w:id="0">
    <w:p w14:paraId="4D65CEE4" w14:textId="77777777" w:rsidR="008E4C95" w:rsidRDefault="008E4C95" w:rsidP="008E4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C6389" w14:textId="77777777" w:rsidR="00F25410" w:rsidRDefault="00F254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8E9D" w14:textId="0EA31F6F" w:rsidR="008E4C95" w:rsidRDefault="008E4C95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2F9AF35" wp14:editId="1509FE71">
              <wp:simplePos x="0" y="0"/>
              <wp:positionH relativeFrom="margin">
                <wp:posOffset>-1019175</wp:posOffset>
              </wp:positionH>
              <wp:positionV relativeFrom="paragraph">
                <wp:posOffset>217170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70CCD" w14:textId="77777777" w:rsidR="008E4C95" w:rsidRPr="000936C2" w:rsidRDefault="008E4C95" w:rsidP="008E4C95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F9AF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80.25pt;margin-top:17.1pt;width:399.75pt;height:1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" stroked="f">
              <v:textbox>
                <w:txbxContent>
                  <w:p w14:paraId="4DB70CCD" w14:textId="77777777" w:rsidR="008E4C95" w:rsidRPr="000936C2" w:rsidRDefault="008E4C95" w:rsidP="008E4C95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-136366050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77F889B8" w14:textId="0F60FB06" w:rsidR="008E4C95" w:rsidRDefault="008E4C95">
    <w:pPr>
      <w:pStyle w:val="Footer"/>
    </w:pPr>
    <w:r w:rsidRPr="00554DAF">
      <w:rPr>
        <w:noProof/>
      </w:rPr>
      <w:drawing>
        <wp:anchor distT="0" distB="0" distL="114300" distR="114300" simplePos="0" relativeHeight="251662336" behindDoc="0" locked="0" layoutInCell="1" allowOverlap="1" wp14:anchorId="168ACFDA" wp14:editId="76EB60A7">
          <wp:simplePos x="0" y="0"/>
          <wp:positionH relativeFrom="page">
            <wp:posOffset>0</wp:posOffset>
          </wp:positionH>
          <wp:positionV relativeFrom="page">
            <wp:posOffset>9949180</wp:posOffset>
          </wp:positionV>
          <wp:extent cx="7794625" cy="14475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4625" cy="144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5C0F27F" wp14:editId="7892D4B6">
              <wp:simplePos x="0" y="0"/>
              <wp:positionH relativeFrom="margin">
                <wp:posOffset>4257675</wp:posOffset>
              </wp:positionH>
              <wp:positionV relativeFrom="page">
                <wp:posOffset>9532620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0BEB3C2" w14:textId="77777777" w:rsidR="008E4C95" w:rsidRPr="000936C2" w:rsidRDefault="008E4C95" w:rsidP="008E4C95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C0F27F" id="Text Box 1505302268" o:spid="_x0000_s1027" type="#_x0000_t202" style="position:absolute;margin-left:335.25pt;margin-top:750.6pt;width:141.7pt;height:3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NRN9rnhAAAADQEAAA8AAAAAAAAAAAAAAAAAaQQAAGRycy9kb3ducmV2LnhtbFBLBQYAAAAABAAE&#10;APMAAAB3BQAAAAA=&#10;" filled="f" stroked="f" strokeweight=".5pt">
              <v:textbox inset="0,0,0,0">
                <w:txbxContent>
                  <w:p w14:paraId="20BEB3C2" w14:textId="77777777" w:rsidR="008E4C95" w:rsidRPr="000936C2" w:rsidRDefault="008E4C95" w:rsidP="008E4C95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8DB1" w14:textId="77777777" w:rsidR="00F25410" w:rsidRDefault="00F254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4CE3D" w14:textId="77777777" w:rsidR="008E4C95" w:rsidRDefault="008E4C95" w:rsidP="008E4C95">
      <w:pPr>
        <w:spacing w:after="0" w:line="240" w:lineRule="auto"/>
      </w:pPr>
      <w:r>
        <w:separator/>
      </w:r>
    </w:p>
  </w:footnote>
  <w:footnote w:type="continuationSeparator" w:id="0">
    <w:p w14:paraId="421212A4" w14:textId="77777777" w:rsidR="008E4C95" w:rsidRDefault="008E4C95" w:rsidP="008E4C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DCAC6" w14:textId="77777777" w:rsidR="00F25410" w:rsidRDefault="00F254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50245" w14:textId="0DCE05F0" w:rsidR="008E4C95" w:rsidRPr="00E26C15" w:rsidRDefault="008E4C95" w:rsidP="008E4C95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3120" behindDoc="0" locked="0" layoutInCell="1" allowOverlap="1" wp14:anchorId="559CECF9" wp14:editId="003BEA45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Social Media Policy Summary</w:t>
    </w:r>
  </w:p>
  <w:p w14:paraId="2D44FC24" w14:textId="77777777" w:rsidR="008E4C95" w:rsidRPr="00E26C15" w:rsidRDefault="008E4C95" w:rsidP="008E4C9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4A89BA35" w14:textId="364908A2" w:rsidR="008E4C95" w:rsidRPr="00E26C15" w:rsidRDefault="008E4C95" w:rsidP="008E4C9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J</w:t>
    </w:r>
    <w:r w:rsidR="00F25410">
      <w:rPr>
        <w:rFonts w:ascii="Arial" w:hAnsi="Arial" w:cs="Arial"/>
        <w:noProof/>
        <w:sz w:val="18"/>
        <w:szCs w:val="18"/>
      </w:rPr>
      <w:t>uly</w:t>
    </w:r>
    <w:r>
      <w:rPr>
        <w:rFonts w:ascii="Arial" w:hAnsi="Arial" w:cs="Arial"/>
        <w:noProof/>
        <w:sz w:val="18"/>
        <w:szCs w:val="18"/>
      </w:rPr>
      <w:t xml:space="preserve"> 202</w:t>
    </w:r>
    <w:r w:rsidR="00F25410">
      <w:rPr>
        <w:rFonts w:ascii="Arial" w:hAnsi="Arial" w:cs="Arial"/>
        <w:noProof/>
        <w:sz w:val="18"/>
        <w:szCs w:val="18"/>
      </w:rPr>
      <w:t>5</w:t>
    </w:r>
  </w:p>
  <w:p w14:paraId="20B967E3" w14:textId="4350F8D0" w:rsidR="008E4C95" w:rsidRPr="00E26C15" w:rsidRDefault="008E4C95" w:rsidP="008E4C9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J</w:t>
    </w:r>
    <w:r w:rsidR="00F25410">
      <w:rPr>
        <w:rFonts w:ascii="Arial" w:hAnsi="Arial" w:cs="Arial"/>
        <w:noProof/>
        <w:sz w:val="18"/>
        <w:szCs w:val="18"/>
      </w:rPr>
      <w:t>uly</w:t>
    </w:r>
    <w:r>
      <w:rPr>
        <w:rFonts w:ascii="Arial" w:hAnsi="Arial" w:cs="Arial"/>
        <w:noProof/>
        <w:sz w:val="18"/>
        <w:szCs w:val="18"/>
      </w:rPr>
      <w:t xml:space="preserve"> 202</w:t>
    </w:r>
    <w:r w:rsidR="00F25410">
      <w:rPr>
        <w:rFonts w:ascii="Arial" w:hAnsi="Arial" w:cs="Arial"/>
        <w:noProof/>
        <w:sz w:val="18"/>
        <w:szCs w:val="18"/>
      </w:rPr>
      <w:t>6</w:t>
    </w:r>
  </w:p>
  <w:p w14:paraId="03D320C6" w14:textId="77777777" w:rsidR="008E4C95" w:rsidRDefault="008E4C95" w:rsidP="008E4C9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0B7AB3B1" w14:textId="77777777" w:rsidR="008E4C95" w:rsidRDefault="008E4C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68478" w14:textId="77777777" w:rsidR="00F25410" w:rsidRDefault="00F254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5753093">
    <w:abstractNumId w:val="8"/>
  </w:num>
  <w:num w:numId="2" w16cid:durableId="1612279378">
    <w:abstractNumId w:val="6"/>
  </w:num>
  <w:num w:numId="3" w16cid:durableId="252472545">
    <w:abstractNumId w:val="5"/>
  </w:num>
  <w:num w:numId="4" w16cid:durableId="116802857">
    <w:abstractNumId w:val="4"/>
  </w:num>
  <w:num w:numId="5" w16cid:durableId="178204990">
    <w:abstractNumId w:val="7"/>
  </w:num>
  <w:num w:numId="6" w16cid:durableId="1064909839">
    <w:abstractNumId w:val="3"/>
  </w:num>
  <w:num w:numId="7" w16cid:durableId="765921474">
    <w:abstractNumId w:val="2"/>
  </w:num>
  <w:num w:numId="8" w16cid:durableId="1166090717">
    <w:abstractNumId w:val="1"/>
  </w:num>
  <w:num w:numId="9" w16cid:durableId="65669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478E"/>
    <w:rsid w:val="0029639D"/>
    <w:rsid w:val="002B0D47"/>
    <w:rsid w:val="002E6AC3"/>
    <w:rsid w:val="00326F90"/>
    <w:rsid w:val="0035703D"/>
    <w:rsid w:val="004D3D90"/>
    <w:rsid w:val="008C1764"/>
    <w:rsid w:val="008E4C95"/>
    <w:rsid w:val="00AA1D8D"/>
    <w:rsid w:val="00B47730"/>
    <w:rsid w:val="00C6792E"/>
    <w:rsid w:val="00CB0664"/>
    <w:rsid w:val="00F2541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162CF34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2026-01-28T10:11:00Z</dcterms:created>
  <dcterms:modified xsi:type="dcterms:W3CDTF">2026-01-29T14:24:00Z</dcterms:modified>
  <cp:category/>
</cp:coreProperties>
</file>