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B26F2" w14:textId="77777777" w:rsidR="00495FD1" w:rsidRDefault="009B43B6" w:rsidP="00F44185">
      <w:pPr>
        <w:pStyle w:val="Heading1"/>
        <w:spacing w:before="0"/>
        <w:rPr>
          <w:rFonts w:ascii="Arial" w:hAnsi="Arial" w:cs="Arial"/>
          <w:color w:val="0070C0"/>
        </w:rPr>
      </w:pPr>
      <w:r w:rsidRPr="00F44185">
        <w:rPr>
          <w:rFonts w:ascii="Arial" w:hAnsi="Arial" w:cs="Arial"/>
          <w:color w:val="0070C0"/>
        </w:rPr>
        <w:t>Keeping Children Safe at Our School</w:t>
      </w:r>
    </w:p>
    <w:p w14:paraId="053AA542" w14:textId="77777777" w:rsidR="00F44185" w:rsidRPr="00F44185" w:rsidRDefault="00F44185" w:rsidP="00F44185"/>
    <w:p w14:paraId="3D233063" w14:textId="70517679" w:rsidR="00495FD1" w:rsidRPr="00F44185" w:rsidRDefault="009B43B6" w:rsidP="00F44185">
      <w:pPr>
        <w:rPr>
          <w:rFonts w:ascii="Arial" w:hAnsi="Arial" w:cs="Arial"/>
        </w:rPr>
      </w:pPr>
      <w:r w:rsidRPr="00F44185">
        <w:rPr>
          <w:rFonts w:ascii="Arial" w:hAnsi="Arial" w:cs="Arial"/>
        </w:rPr>
        <w:t>At Marshfields School, keeping children safe is our most important job.</w:t>
      </w:r>
    </w:p>
    <w:p w14:paraId="0A041A0A" w14:textId="77777777" w:rsidR="00495FD1" w:rsidRPr="00F44185" w:rsidRDefault="009B43B6" w:rsidP="00F44185">
      <w:pPr>
        <w:rPr>
          <w:rFonts w:ascii="Arial" w:hAnsi="Arial" w:cs="Arial"/>
        </w:rPr>
      </w:pPr>
      <w:r w:rsidRPr="00F44185">
        <w:rPr>
          <w:rFonts w:ascii="Arial" w:hAnsi="Arial" w:cs="Arial"/>
        </w:rPr>
        <w:t>We work together to make sure children feel safe, listened to, cared for, and protected from harm.</w:t>
      </w:r>
    </w:p>
    <w:p w14:paraId="5410C209" w14:textId="77777777" w:rsidR="00495FD1" w:rsidRPr="00F44185" w:rsidRDefault="009B43B6" w:rsidP="00F44185">
      <w:pPr>
        <w:spacing w:after="0"/>
        <w:rPr>
          <w:rFonts w:ascii="Arial" w:hAnsi="Arial" w:cs="Arial"/>
          <w:color w:val="0070C0"/>
        </w:rPr>
      </w:pPr>
      <w:r w:rsidRPr="00F44185">
        <w:rPr>
          <w:rFonts w:ascii="Arial" w:hAnsi="Arial" w:cs="Arial"/>
          <w:color w:val="0070C0"/>
        </w:rPr>
        <w:t>What does safeguarding mean?</w:t>
      </w:r>
    </w:p>
    <w:p w14:paraId="21F0AB03" w14:textId="77777777" w:rsidR="00495FD1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Safeguarding means looking after children, helping them feel safe, and acting quickly if something is wrong.</w:t>
      </w:r>
    </w:p>
    <w:p w14:paraId="2CD2B05A" w14:textId="77777777" w:rsidR="00F44185" w:rsidRPr="00F44185" w:rsidRDefault="00F44185" w:rsidP="00F44185">
      <w:pPr>
        <w:spacing w:after="0"/>
        <w:rPr>
          <w:rFonts w:ascii="Arial" w:hAnsi="Arial" w:cs="Arial"/>
        </w:rPr>
      </w:pPr>
    </w:p>
    <w:p w14:paraId="4FCA8EEB" w14:textId="77777777" w:rsidR="00495FD1" w:rsidRPr="00F44185" w:rsidRDefault="009B43B6" w:rsidP="00F44185">
      <w:pPr>
        <w:spacing w:after="0"/>
        <w:rPr>
          <w:rFonts w:ascii="Arial" w:hAnsi="Arial" w:cs="Arial"/>
          <w:color w:val="0070C0"/>
        </w:rPr>
      </w:pPr>
      <w:r w:rsidRPr="00F44185">
        <w:rPr>
          <w:rFonts w:ascii="Arial" w:hAnsi="Arial" w:cs="Arial"/>
          <w:color w:val="0070C0"/>
        </w:rPr>
        <w:t>Helping children feel safe</w:t>
      </w:r>
    </w:p>
    <w:p w14:paraId="28D9B779" w14:textId="77777777" w:rsidR="00495FD1" w:rsidRPr="00F44185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• We listen when children talk</w:t>
      </w:r>
    </w:p>
    <w:p w14:paraId="4360583A" w14:textId="77777777" w:rsidR="00495FD1" w:rsidRPr="00F44185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• We teach children how to stay safe</w:t>
      </w:r>
    </w:p>
    <w:p w14:paraId="6225768B" w14:textId="77777777" w:rsidR="00495FD1" w:rsidRPr="00F44185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• We help children understand their feelings</w:t>
      </w:r>
    </w:p>
    <w:p w14:paraId="65D3757B" w14:textId="7C4ED25C" w:rsidR="00F44185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• We show children who they can talk to</w:t>
      </w:r>
    </w:p>
    <w:p w14:paraId="67E7842E" w14:textId="77777777" w:rsidR="00F44185" w:rsidRPr="00F44185" w:rsidRDefault="00F44185" w:rsidP="00F44185">
      <w:pPr>
        <w:spacing w:after="0"/>
        <w:rPr>
          <w:rFonts w:ascii="Arial" w:hAnsi="Arial" w:cs="Arial"/>
        </w:rPr>
      </w:pPr>
    </w:p>
    <w:p w14:paraId="410A20B2" w14:textId="77777777" w:rsidR="00495FD1" w:rsidRPr="00F44185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  <w:color w:val="0070C0"/>
        </w:rPr>
        <w:t>Children are taught that:</w:t>
      </w:r>
    </w:p>
    <w:p w14:paraId="3C951E09" w14:textId="77777777" w:rsidR="00495FD1" w:rsidRPr="00F44185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• Their body belongs to them</w:t>
      </w:r>
    </w:p>
    <w:p w14:paraId="3FAE2326" w14:textId="77777777" w:rsidR="00495FD1" w:rsidRPr="00F44185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• It is okay to say no</w:t>
      </w:r>
    </w:p>
    <w:p w14:paraId="16874784" w14:textId="77777777" w:rsidR="00495FD1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• It is okay to ask for help</w:t>
      </w:r>
    </w:p>
    <w:p w14:paraId="61A1E482" w14:textId="77777777" w:rsidR="00F44185" w:rsidRPr="00F44185" w:rsidRDefault="00F44185" w:rsidP="00F44185">
      <w:pPr>
        <w:spacing w:after="0"/>
        <w:rPr>
          <w:rFonts w:ascii="Arial" w:hAnsi="Arial" w:cs="Arial"/>
        </w:rPr>
      </w:pPr>
    </w:p>
    <w:p w14:paraId="54379451" w14:textId="77777777" w:rsidR="00495FD1" w:rsidRPr="00F44185" w:rsidRDefault="009B43B6" w:rsidP="00F44185">
      <w:pPr>
        <w:spacing w:after="0"/>
        <w:rPr>
          <w:rFonts w:ascii="Arial" w:hAnsi="Arial" w:cs="Arial"/>
          <w:color w:val="0070C0"/>
        </w:rPr>
      </w:pPr>
      <w:r w:rsidRPr="00F44185">
        <w:rPr>
          <w:rFonts w:ascii="Arial" w:hAnsi="Arial" w:cs="Arial"/>
          <w:color w:val="0070C0"/>
        </w:rPr>
        <w:t>If a child is worried</w:t>
      </w:r>
    </w:p>
    <w:p w14:paraId="7341CE00" w14:textId="77777777" w:rsidR="00495FD1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Children can talk to a teacher, a teaching assistant, or any trusted adult in school.</w:t>
      </w:r>
    </w:p>
    <w:p w14:paraId="0CBC78C3" w14:textId="77777777" w:rsidR="00F44185" w:rsidRPr="00F44185" w:rsidRDefault="00F44185" w:rsidP="00F44185">
      <w:pPr>
        <w:spacing w:after="0"/>
        <w:rPr>
          <w:rFonts w:ascii="Arial" w:hAnsi="Arial" w:cs="Arial"/>
        </w:rPr>
      </w:pPr>
    </w:p>
    <w:p w14:paraId="20A2D0AE" w14:textId="77777777" w:rsidR="00495FD1" w:rsidRPr="00F44185" w:rsidRDefault="009B43B6" w:rsidP="00F44185">
      <w:pPr>
        <w:spacing w:after="0"/>
        <w:rPr>
          <w:rFonts w:ascii="Arial" w:hAnsi="Arial" w:cs="Arial"/>
          <w:color w:val="0070C0"/>
        </w:rPr>
      </w:pPr>
      <w:r w:rsidRPr="00F44185">
        <w:rPr>
          <w:rFonts w:ascii="Arial" w:hAnsi="Arial" w:cs="Arial"/>
          <w:color w:val="0070C0"/>
        </w:rPr>
        <w:t>If school is worried about a child</w:t>
      </w:r>
    </w:p>
    <w:p w14:paraId="212C6467" w14:textId="77777777" w:rsidR="00495FD1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Staff write concerns down, share them with the safeguarding team, and get extra help if needed.</w:t>
      </w:r>
    </w:p>
    <w:p w14:paraId="626EC0BF" w14:textId="77777777" w:rsidR="00F44185" w:rsidRPr="00F44185" w:rsidRDefault="00F44185" w:rsidP="00F44185">
      <w:pPr>
        <w:spacing w:after="0"/>
        <w:rPr>
          <w:rFonts w:ascii="Arial" w:hAnsi="Arial" w:cs="Arial"/>
        </w:rPr>
      </w:pPr>
    </w:p>
    <w:p w14:paraId="0F4A3F0E" w14:textId="77777777" w:rsidR="00495FD1" w:rsidRPr="00F44185" w:rsidRDefault="009B43B6" w:rsidP="00F44185">
      <w:pPr>
        <w:spacing w:after="0"/>
        <w:rPr>
          <w:rFonts w:ascii="Arial" w:hAnsi="Arial" w:cs="Arial"/>
          <w:color w:val="0070C0"/>
        </w:rPr>
      </w:pPr>
      <w:r w:rsidRPr="00F44185">
        <w:rPr>
          <w:rFonts w:ascii="Arial" w:hAnsi="Arial" w:cs="Arial"/>
          <w:color w:val="0070C0"/>
        </w:rPr>
        <w:t>Keeping children safe online</w:t>
      </w:r>
    </w:p>
    <w:p w14:paraId="2E61C225" w14:textId="77777777" w:rsidR="00495FD1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Children are taught how to use the internet safely and to tell an adult if something feels wrong online.</w:t>
      </w:r>
    </w:p>
    <w:p w14:paraId="7088D871" w14:textId="77777777" w:rsidR="00F44185" w:rsidRPr="00F44185" w:rsidRDefault="00F44185" w:rsidP="00F44185">
      <w:pPr>
        <w:spacing w:after="0"/>
        <w:rPr>
          <w:rFonts w:ascii="Arial" w:hAnsi="Arial" w:cs="Arial"/>
        </w:rPr>
      </w:pPr>
    </w:p>
    <w:p w14:paraId="7FCB49D1" w14:textId="77777777" w:rsidR="00495FD1" w:rsidRPr="00F44185" w:rsidRDefault="009B43B6" w:rsidP="00F44185">
      <w:pPr>
        <w:spacing w:after="0"/>
        <w:rPr>
          <w:rFonts w:ascii="Arial" w:hAnsi="Arial" w:cs="Arial"/>
          <w:color w:val="0070C0"/>
        </w:rPr>
      </w:pPr>
      <w:r w:rsidRPr="00F44185">
        <w:rPr>
          <w:rFonts w:ascii="Arial" w:hAnsi="Arial" w:cs="Arial"/>
          <w:color w:val="0070C0"/>
        </w:rPr>
        <w:t>Working with parents</w:t>
      </w:r>
    </w:p>
    <w:p w14:paraId="718B16B7" w14:textId="17CC8587" w:rsidR="00495FD1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We work closely with parents and carers, sharing concerns early and keeping information private.</w:t>
      </w:r>
    </w:p>
    <w:p w14:paraId="426A2067" w14:textId="77777777" w:rsidR="00F44185" w:rsidRPr="00F44185" w:rsidRDefault="00F44185" w:rsidP="00F44185">
      <w:pPr>
        <w:spacing w:after="0"/>
        <w:rPr>
          <w:rFonts w:ascii="Arial" w:hAnsi="Arial" w:cs="Arial"/>
        </w:rPr>
      </w:pPr>
    </w:p>
    <w:p w14:paraId="7FF357DF" w14:textId="77777777" w:rsidR="00495FD1" w:rsidRPr="00F44185" w:rsidRDefault="009B43B6" w:rsidP="00F44185">
      <w:pPr>
        <w:spacing w:after="0"/>
        <w:rPr>
          <w:rFonts w:ascii="Arial" w:hAnsi="Arial" w:cs="Arial"/>
          <w:color w:val="0070C0"/>
        </w:rPr>
      </w:pPr>
      <w:r w:rsidRPr="00F44185">
        <w:rPr>
          <w:rFonts w:ascii="Arial" w:hAnsi="Arial" w:cs="Arial"/>
          <w:color w:val="0070C0"/>
        </w:rPr>
        <w:t>Safe adults in school</w:t>
      </w:r>
    </w:p>
    <w:p w14:paraId="357F0DB5" w14:textId="77777777" w:rsidR="00495FD1" w:rsidRPr="00F44185" w:rsidRDefault="009B43B6" w:rsidP="00F44185">
      <w:pPr>
        <w:spacing w:after="0"/>
        <w:rPr>
          <w:rFonts w:ascii="Arial" w:hAnsi="Arial" w:cs="Arial"/>
        </w:rPr>
      </w:pPr>
      <w:r w:rsidRPr="00F44185">
        <w:rPr>
          <w:rFonts w:ascii="Arial" w:hAnsi="Arial" w:cs="Arial"/>
        </w:rPr>
        <w:t>The school checks and trains all adults who work with children.</w:t>
      </w:r>
    </w:p>
    <w:p w14:paraId="663DB0CB" w14:textId="77777777" w:rsidR="00495FD1" w:rsidRPr="00F44185" w:rsidRDefault="00495FD1" w:rsidP="00F44185">
      <w:pPr>
        <w:spacing w:after="0"/>
        <w:rPr>
          <w:rFonts w:ascii="Arial" w:hAnsi="Arial" w:cs="Arial"/>
        </w:rPr>
      </w:pPr>
    </w:p>
    <w:p w14:paraId="67B445FE" w14:textId="77777777" w:rsidR="00495FD1" w:rsidRPr="00F44185" w:rsidRDefault="009B43B6" w:rsidP="00F44185">
      <w:pPr>
        <w:spacing w:after="0"/>
        <w:rPr>
          <w:rFonts w:ascii="Arial" w:hAnsi="Arial" w:cs="Arial"/>
          <w:color w:val="0070C0"/>
        </w:rPr>
      </w:pPr>
      <w:r w:rsidRPr="00F44185">
        <w:rPr>
          <w:rFonts w:ascii="Arial" w:hAnsi="Arial" w:cs="Arial"/>
          <w:color w:val="0070C0"/>
        </w:rPr>
        <w:t>In simple words</w:t>
      </w:r>
    </w:p>
    <w:p w14:paraId="09EE10D8" w14:textId="77777777" w:rsidR="00495FD1" w:rsidRPr="00F44185" w:rsidRDefault="009B43B6" w:rsidP="00F44185">
      <w:pPr>
        <w:rPr>
          <w:rFonts w:ascii="Arial" w:hAnsi="Arial" w:cs="Arial"/>
        </w:rPr>
      </w:pPr>
      <w:r w:rsidRPr="00F44185">
        <w:rPr>
          <w:rFonts w:ascii="Arial" w:hAnsi="Arial" w:cs="Arial"/>
        </w:rPr>
        <w:t>Children come first. We listen, we act, and we work together to keep children safe.</w:t>
      </w:r>
    </w:p>
    <w:sectPr w:rsidR="00495FD1" w:rsidRPr="00F44185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21536" w14:textId="77777777" w:rsidR="00F44185" w:rsidRDefault="00F44185" w:rsidP="00F44185">
      <w:pPr>
        <w:spacing w:after="0" w:line="240" w:lineRule="auto"/>
      </w:pPr>
      <w:r>
        <w:separator/>
      </w:r>
    </w:p>
  </w:endnote>
  <w:endnote w:type="continuationSeparator" w:id="0">
    <w:p w14:paraId="62C67091" w14:textId="77777777" w:rsidR="00F44185" w:rsidRDefault="00F44185" w:rsidP="00F44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7047236"/>
      <w:docPartObj>
        <w:docPartGallery w:val="Page Numbers (Bottom of Page)"/>
        <w:docPartUnique/>
      </w:docPartObj>
    </w:sdtPr>
    <w:sdtContent>
      <w:p w14:paraId="0C2E0A04" w14:textId="0C9F5FA8" w:rsidR="00F44185" w:rsidRDefault="00F44185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58752" behindDoc="0" locked="0" layoutInCell="1" allowOverlap="1" wp14:anchorId="162C80A3" wp14:editId="319C0EEC">
                  <wp:simplePos x="0" y="0"/>
                  <wp:positionH relativeFrom="margin">
                    <wp:posOffset>-990600</wp:posOffset>
                  </wp:positionH>
                  <wp:positionV relativeFrom="paragraph">
                    <wp:posOffset>228600</wp:posOffset>
                  </wp:positionV>
                  <wp:extent cx="5076825" cy="238125"/>
                  <wp:effectExtent l="0" t="0" r="9525" b="9525"/>
                  <wp:wrapSquare wrapText="bothSides"/>
                  <wp:docPr id="217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7682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829372" w14:textId="77777777" w:rsidR="00F44185" w:rsidRPr="000936C2" w:rsidRDefault="00F44185" w:rsidP="00F44185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</w:pPr>
                              <w:r w:rsidRPr="000936C2"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  <w:t>Eastern Close, Dogsthorpe, Peterborough, PE1 4PP. 01733 568058. office@marshfields.co.uk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162C80A3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-78pt;margin-top:18pt;width:399.75pt;height:18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B6&#10;zm5P3gAAAAoBAAAPAAAAZHJzL2Rvd25yZXYueG1sTI9BT4NAEIXvJv6HzZh4Me1SW0CRoVETjdfW&#10;/oABpkBkZwm7LfTfuz3p6eVlXt58L9/OpldnHl1nBWG1jECxVLbupEE4fH8snkA5T1JTb4URLuxg&#10;W9ze5JTVdpIdn/e+UaFEXEYIrfdDprWrWjbklnZgCbejHQ35YMdG1yNNodz0+jGKEm2ok/ChpYHf&#10;W65+9ieDcPyaHuLnqfz0h3S3Sd6oS0t7Qby/m19fQHme/V8YrvgBHYrAVNqT1E71CItVnIQxHmF9&#10;1ZBINusYVImQBtVFrv9PKH4BAAD//wMAUEsBAi0AFAAGAAgAAAAhALaDOJL+AAAA4QEAABMAAAAA&#10;AAAAAAAAAAAAAAAAAFtDb250ZW50X1R5cGVzXS54bWxQSwECLQAUAAYACAAAACEAOP0h/9YAAACU&#10;AQAACwAAAAAAAAAAAAAAAAAvAQAAX3JlbHMvLnJlbHNQSwECLQAUAAYACAAAACEAfzvK6wsCAAD2&#10;AwAADgAAAAAAAAAAAAAAAAAuAgAAZHJzL2Uyb0RvYy54bWxQSwECLQAUAAYACAAAACEAes5uT94A&#10;AAAKAQAADwAAAAAAAAAAAAAAAABlBAAAZHJzL2Rvd25yZXYueG1sUEsFBgAAAAAEAAQA8wAAAHAF&#10;AAAAAA==&#10;" stroked="f">
                  <v:textbox>
                    <w:txbxContent>
                      <w:p w14:paraId="2D829372" w14:textId="77777777" w:rsidR="00F44185" w:rsidRPr="000936C2" w:rsidRDefault="00F44185" w:rsidP="00F44185">
                        <w:pPr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</w:pPr>
                        <w:r w:rsidRPr="000936C2"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  <w:t>Eastern Close, Dogsthorpe, Peterborough, PE1 4PP. 01733 568058. office@marshfields.co.uk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65964A33" w14:textId="41747B39" w:rsidR="00F44185" w:rsidRDefault="00F44185">
    <w:pPr>
      <w:pStyle w:val="Footer"/>
    </w:pPr>
    <w:r w:rsidRPr="00554DAF">
      <w:rPr>
        <w:noProof/>
      </w:rPr>
      <w:drawing>
        <wp:anchor distT="0" distB="0" distL="114300" distR="114300" simplePos="0" relativeHeight="251662848" behindDoc="0" locked="0" layoutInCell="1" allowOverlap="1" wp14:anchorId="2CA80F0D" wp14:editId="2FD3F317">
          <wp:simplePos x="0" y="0"/>
          <wp:positionH relativeFrom="page">
            <wp:posOffset>9525</wp:posOffset>
          </wp:positionH>
          <wp:positionV relativeFrom="page">
            <wp:posOffset>9901932</wp:posOffset>
          </wp:positionV>
          <wp:extent cx="7775575" cy="144404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47716" cy="149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A6B1C3C" wp14:editId="376A7ED3">
              <wp:simplePos x="0" y="0"/>
              <wp:positionH relativeFrom="margin">
                <wp:posOffset>4200525</wp:posOffset>
              </wp:positionH>
              <wp:positionV relativeFrom="page">
                <wp:posOffset>9542145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EB7766F" w14:textId="77777777" w:rsidR="00F44185" w:rsidRPr="000936C2" w:rsidRDefault="00F44185" w:rsidP="00F44185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6B1C3C" id="Text Box 1505302268" o:spid="_x0000_s1027" type="#_x0000_t202" style="position:absolute;margin-left:330.75pt;margin-top:751.35pt;width:141.7pt;height:34.4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cZAUV+EAAAANAQAADwAAAGRycy9kb3ducmV2LnhtbEyPy07DMBBF90j8gzVI7Kidqk1piFMh&#10;Hjso0BYJdk5skgh7HMVOGv6e6QqWM+fqzpl8MznLRtOH1qOEZCaAGay8brGWcNg/Xl0DC1GhVtaj&#10;kfBjAmyK87NcZdof8c2Mu1gzKsGQKQlNjF3Geaga41SY+c4gsS/fOxVp7Guue3Wkcmf5XIiUO9Ui&#10;XWhUZ+4aU33vBifBfoT+qRTxc7yvn+PrCx/eH5KtlJcX0+0NsGim+BeGkz6pQ0FOpR9QB2YlpGmy&#10;pCiBpZivgFFkvVisgZWn1YogL3L+/4viFw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HGQFFfhAAAADQEAAA8AAAAAAAAAAAAAAAAAaQQAAGRycy9kb3ducmV2LnhtbFBLBQYAAAAABAAE&#10;APMAAAB3BQAAAAA=&#10;" filled="f" stroked="f" strokeweight=".5pt">
              <v:textbox inset="0,0,0,0">
                <w:txbxContent>
                  <w:p w14:paraId="3EB7766F" w14:textId="77777777" w:rsidR="00F44185" w:rsidRPr="000936C2" w:rsidRDefault="00F44185" w:rsidP="00F44185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26E16" w14:textId="77777777" w:rsidR="00F44185" w:rsidRDefault="00F44185" w:rsidP="00F44185">
      <w:pPr>
        <w:spacing w:after="0" w:line="240" w:lineRule="auto"/>
      </w:pPr>
      <w:r>
        <w:separator/>
      </w:r>
    </w:p>
  </w:footnote>
  <w:footnote w:type="continuationSeparator" w:id="0">
    <w:p w14:paraId="6BD525C8" w14:textId="77777777" w:rsidR="00F44185" w:rsidRDefault="00F44185" w:rsidP="00F44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C7D53" w14:textId="08A7C59F" w:rsidR="00F44185" w:rsidRPr="00E26C15" w:rsidRDefault="00F44185" w:rsidP="00F44185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2608" behindDoc="0" locked="0" layoutInCell="1" allowOverlap="1" wp14:anchorId="1CE64158" wp14:editId="48658311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Safeguarding Policy</w:t>
    </w:r>
  </w:p>
  <w:p w14:paraId="4010C247" w14:textId="77777777" w:rsidR="00F44185" w:rsidRPr="00E26C15" w:rsidRDefault="00F44185" w:rsidP="00F4418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5DF9F190" w14:textId="77777777" w:rsidR="00F44185" w:rsidRPr="00E26C15" w:rsidRDefault="00F44185" w:rsidP="00F4418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September 2025</w:t>
    </w:r>
  </w:p>
  <w:p w14:paraId="58B4FDFF" w14:textId="77777777" w:rsidR="00F44185" w:rsidRPr="00E26C15" w:rsidRDefault="00F44185" w:rsidP="00F4418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September 2026</w:t>
    </w:r>
  </w:p>
  <w:p w14:paraId="328113ED" w14:textId="77777777" w:rsidR="00F44185" w:rsidRDefault="00F44185" w:rsidP="00F44185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441DA658" w14:textId="77777777" w:rsidR="00F44185" w:rsidRDefault="00F441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5904633">
    <w:abstractNumId w:val="8"/>
  </w:num>
  <w:num w:numId="2" w16cid:durableId="1390305370">
    <w:abstractNumId w:val="6"/>
  </w:num>
  <w:num w:numId="3" w16cid:durableId="1973553163">
    <w:abstractNumId w:val="5"/>
  </w:num>
  <w:num w:numId="4" w16cid:durableId="1219630796">
    <w:abstractNumId w:val="4"/>
  </w:num>
  <w:num w:numId="5" w16cid:durableId="791099648">
    <w:abstractNumId w:val="7"/>
  </w:num>
  <w:num w:numId="6" w16cid:durableId="2017148649">
    <w:abstractNumId w:val="3"/>
  </w:num>
  <w:num w:numId="7" w16cid:durableId="1803384972">
    <w:abstractNumId w:val="2"/>
  </w:num>
  <w:num w:numId="8" w16cid:durableId="2004426572">
    <w:abstractNumId w:val="1"/>
  </w:num>
  <w:num w:numId="9" w16cid:durableId="1194998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5703D"/>
    <w:rsid w:val="00495FD1"/>
    <w:rsid w:val="009B43B6"/>
    <w:rsid w:val="00AA1D8D"/>
    <w:rsid w:val="00B47730"/>
    <w:rsid w:val="00C6792E"/>
    <w:rsid w:val="00CB0664"/>
    <w:rsid w:val="00F4418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55BA5F9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2</cp:revision>
  <dcterms:created xsi:type="dcterms:W3CDTF">2026-01-29T13:43:00Z</dcterms:created>
  <dcterms:modified xsi:type="dcterms:W3CDTF">2026-01-29T13:43:00Z</dcterms:modified>
  <cp:category/>
</cp:coreProperties>
</file>