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70CF" w14:textId="77777777" w:rsidR="008F73A9" w:rsidRPr="00682565" w:rsidRDefault="00C52BC2" w:rsidP="003C6850">
      <w:pPr>
        <w:pStyle w:val="Heading1"/>
        <w:spacing w:before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Our School Remote Learning Promise</w:t>
      </w:r>
    </w:p>
    <w:p w14:paraId="0F376CC5" w14:textId="2A4F0B5F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At Marshfields School, we want children to keep learning even when they cannot come to school</w:t>
      </w:r>
      <w:r w:rsidR="003C6850">
        <w:rPr>
          <w:rFonts w:ascii="Arial" w:hAnsi="Arial" w:cs="Arial"/>
        </w:rPr>
        <w:t xml:space="preserve">. </w:t>
      </w:r>
      <w:r w:rsidRPr="00682565">
        <w:rPr>
          <w:rFonts w:ascii="Arial" w:hAnsi="Arial" w:cs="Arial"/>
        </w:rPr>
        <w:t xml:space="preserve">We make sure learning at home is safe, clear, kind, and as </w:t>
      </w:r>
      <w:proofErr w:type="gramStart"/>
      <w:r w:rsidRPr="00682565">
        <w:rPr>
          <w:rFonts w:ascii="Arial" w:hAnsi="Arial" w:cs="Arial"/>
        </w:rPr>
        <w:t>similar to</w:t>
      </w:r>
      <w:proofErr w:type="gramEnd"/>
      <w:r w:rsidRPr="00682565">
        <w:rPr>
          <w:rFonts w:ascii="Arial" w:hAnsi="Arial" w:cs="Arial"/>
        </w:rPr>
        <w:t xml:space="preserve"> school as possible.</w:t>
      </w:r>
    </w:p>
    <w:p w14:paraId="5C5485D3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319EDBB3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When is remote learning used?</w:t>
      </w:r>
    </w:p>
    <w:p w14:paraId="365F3905" w14:textId="020A3A4C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 xml:space="preserve">Remote learning may be used when a child needs to stay at home, a class or </w:t>
      </w:r>
      <w:r w:rsidR="00A15D00" w:rsidRPr="00682565">
        <w:rPr>
          <w:rFonts w:ascii="Arial" w:hAnsi="Arial" w:cs="Arial"/>
        </w:rPr>
        <w:t>pathway</w:t>
      </w:r>
      <w:r w:rsidRPr="00682565">
        <w:rPr>
          <w:rFonts w:ascii="Arial" w:hAnsi="Arial" w:cs="Arial"/>
        </w:rPr>
        <w:t xml:space="preserve"> is closed, or a child is waiting for test results</w:t>
      </w:r>
      <w:r w:rsidR="00A15D00" w:rsidRPr="00682565">
        <w:rPr>
          <w:rFonts w:ascii="Arial" w:hAnsi="Arial" w:cs="Arial"/>
        </w:rPr>
        <w:t xml:space="preserve"> etc.</w:t>
      </w:r>
    </w:p>
    <w:p w14:paraId="7E1B4A3B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77FBBC55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What learning looks like at home</w:t>
      </w:r>
    </w:p>
    <w:p w14:paraId="0F74EF4F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Children follow their usual school timetable where possible</w:t>
      </w:r>
    </w:p>
    <w:p w14:paraId="140D68DE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 xml:space="preserve">• English and </w:t>
      </w:r>
      <w:proofErr w:type="spellStart"/>
      <w:r w:rsidRPr="00682565">
        <w:rPr>
          <w:rFonts w:ascii="Arial" w:hAnsi="Arial" w:cs="Arial"/>
        </w:rPr>
        <w:t>Maths</w:t>
      </w:r>
      <w:proofErr w:type="spellEnd"/>
      <w:r w:rsidRPr="00682565">
        <w:rPr>
          <w:rFonts w:ascii="Arial" w:hAnsi="Arial" w:cs="Arial"/>
        </w:rPr>
        <w:t xml:space="preserve"> are taught every day</w:t>
      </w:r>
    </w:p>
    <w:p w14:paraId="617CC4D8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Other subjects like Science, Art, and PSHE are included</w:t>
      </w:r>
    </w:p>
    <w:p w14:paraId="0A987527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Learning includes online and paper-based work</w:t>
      </w:r>
    </w:p>
    <w:p w14:paraId="15D3151D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5DDDB8FF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How work is shared</w:t>
      </w:r>
    </w:p>
    <w:p w14:paraId="1E0F0912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Work is shared using SIMs Parent App</w:t>
      </w:r>
    </w:p>
    <w:p w14:paraId="41DBC9BC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Printed learning packs are provided if needed</w:t>
      </w:r>
    </w:p>
    <w:p w14:paraId="27D7151A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Books and hands-on activities are included</w:t>
      </w:r>
    </w:p>
    <w:p w14:paraId="01515E31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299725D0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Helping children with extra needs</w:t>
      </w:r>
    </w:p>
    <w:p w14:paraId="26927641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Children with SEND get work that is right for them and are fully supported.</w:t>
      </w:r>
    </w:p>
    <w:p w14:paraId="5BCF6AD9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3F42F71D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Keeping in touch</w:t>
      </w:r>
    </w:p>
    <w:p w14:paraId="070EE177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Teachers check in each week</w:t>
      </w:r>
    </w:p>
    <w:p w14:paraId="60EC421C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 xml:space="preserve">• Feedback is given </w:t>
      </w:r>
      <w:proofErr w:type="gramStart"/>
      <w:r w:rsidRPr="00682565">
        <w:rPr>
          <w:rFonts w:ascii="Arial" w:hAnsi="Arial" w:cs="Arial"/>
        </w:rPr>
        <w:t>on</w:t>
      </w:r>
      <w:proofErr w:type="gramEnd"/>
      <w:r w:rsidRPr="00682565">
        <w:rPr>
          <w:rFonts w:ascii="Arial" w:hAnsi="Arial" w:cs="Arial"/>
        </w:rPr>
        <w:t xml:space="preserve"> work</w:t>
      </w:r>
    </w:p>
    <w:p w14:paraId="62B108A2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 xml:space="preserve">• Parents can contact </w:t>
      </w:r>
      <w:proofErr w:type="gramStart"/>
      <w:r w:rsidRPr="00682565">
        <w:rPr>
          <w:rFonts w:ascii="Arial" w:hAnsi="Arial" w:cs="Arial"/>
        </w:rPr>
        <w:t>school</w:t>
      </w:r>
      <w:proofErr w:type="gramEnd"/>
      <w:r w:rsidRPr="00682565">
        <w:rPr>
          <w:rFonts w:ascii="Arial" w:hAnsi="Arial" w:cs="Arial"/>
        </w:rPr>
        <w:t xml:space="preserve"> for help</w:t>
      </w:r>
    </w:p>
    <w:p w14:paraId="3CA50E3C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231FF668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Staying safe online</w:t>
      </w:r>
    </w:p>
    <w:p w14:paraId="1C3CA8C2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School systems are used for learning</w:t>
      </w:r>
    </w:p>
    <w:p w14:paraId="5E22DE0F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Online safety rules are followed</w:t>
      </w:r>
    </w:p>
    <w:p w14:paraId="7AADDF81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Parents help keep children safe online at home</w:t>
      </w:r>
    </w:p>
    <w:p w14:paraId="7B6453F1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52F53CF6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What we ask from parents</w:t>
      </w:r>
    </w:p>
    <w:p w14:paraId="25307F50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Help keep a daily routine</w:t>
      </w:r>
    </w:p>
    <w:p w14:paraId="5090E0A6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Encourage children to try their best</w:t>
      </w:r>
    </w:p>
    <w:p w14:paraId="6107302C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Tell school if work cannot be completed</w:t>
      </w:r>
    </w:p>
    <w:p w14:paraId="6BCFE917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• Ask for help when needed</w:t>
      </w:r>
    </w:p>
    <w:p w14:paraId="222E00C8" w14:textId="77777777" w:rsidR="008F73A9" w:rsidRPr="00682565" w:rsidRDefault="008F73A9" w:rsidP="003C6850">
      <w:pPr>
        <w:spacing w:after="0"/>
        <w:rPr>
          <w:rFonts w:ascii="Arial" w:hAnsi="Arial" w:cs="Arial"/>
        </w:rPr>
      </w:pPr>
    </w:p>
    <w:p w14:paraId="59E0C203" w14:textId="77777777" w:rsidR="008F73A9" w:rsidRPr="00682565" w:rsidRDefault="00C52BC2" w:rsidP="003C6850">
      <w:pPr>
        <w:spacing w:after="0"/>
        <w:rPr>
          <w:rFonts w:ascii="Arial" w:hAnsi="Arial" w:cs="Arial"/>
          <w:color w:val="0070C0"/>
        </w:rPr>
      </w:pPr>
      <w:r w:rsidRPr="00682565">
        <w:rPr>
          <w:rFonts w:ascii="Arial" w:hAnsi="Arial" w:cs="Arial"/>
          <w:color w:val="0070C0"/>
        </w:rPr>
        <w:t>In simple words</w:t>
      </w:r>
    </w:p>
    <w:p w14:paraId="1E7FC043" w14:textId="77777777" w:rsidR="008F73A9" w:rsidRPr="00682565" w:rsidRDefault="00C52BC2" w:rsidP="003C6850">
      <w:pPr>
        <w:spacing w:after="0"/>
        <w:rPr>
          <w:rFonts w:ascii="Arial" w:hAnsi="Arial" w:cs="Arial"/>
        </w:rPr>
      </w:pPr>
      <w:r w:rsidRPr="00682565">
        <w:rPr>
          <w:rFonts w:ascii="Arial" w:hAnsi="Arial" w:cs="Arial"/>
        </w:rPr>
        <w:t>Learning continues at home. Children are supported and safe, and school and parents work together.</w:t>
      </w:r>
    </w:p>
    <w:sectPr w:rsidR="008F73A9" w:rsidRPr="00682565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54027" w14:textId="77777777" w:rsidR="00682565" w:rsidRDefault="00682565" w:rsidP="00682565">
      <w:pPr>
        <w:spacing w:after="0" w:line="240" w:lineRule="auto"/>
      </w:pPr>
      <w:r>
        <w:separator/>
      </w:r>
    </w:p>
  </w:endnote>
  <w:endnote w:type="continuationSeparator" w:id="0">
    <w:p w14:paraId="440E8DCA" w14:textId="77777777" w:rsidR="00682565" w:rsidRDefault="00682565" w:rsidP="00682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981491"/>
      <w:docPartObj>
        <w:docPartGallery w:val="Page Numbers (Bottom of Page)"/>
        <w:docPartUnique/>
      </w:docPartObj>
    </w:sdtPr>
    <w:sdtContent>
      <w:p w14:paraId="10CE241B" w14:textId="1C64B116" w:rsidR="00682565" w:rsidRDefault="00682565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58752" behindDoc="0" locked="0" layoutInCell="1" allowOverlap="1" wp14:anchorId="20961541" wp14:editId="11B6069C">
                  <wp:simplePos x="0" y="0"/>
                  <wp:positionH relativeFrom="margin">
                    <wp:posOffset>-923925</wp:posOffset>
                  </wp:positionH>
                  <wp:positionV relativeFrom="paragraph">
                    <wp:posOffset>219075</wp:posOffset>
                  </wp:positionV>
                  <wp:extent cx="5076825" cy="238125"/>
                  <wp:effectExtent l="0" t="0" r="9525" b="9525"/>
                  <wp:wrapSquare wrapText="bothSides"/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C3E8C3" w14:textId="77777777" w:rsidR="00682565" w:rsidRPr="000936C2" w:rsidRDefault="00682565" w:rsidP="00682565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</w:pPr>
                              <w:r w:rsidRPr="000936C2"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  <w:t>Eastern Close, Dogsthorpe, Peterborough, PE1 4PP. 01733 568058. office@marshfields.co.uk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0961541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-72.75pt;margin-top:17.25pt;width:399.7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GS6e8nf&#10;AAAACgEAAA8AAAAAAAAAAAAAAAAAZQQAAGRycy9kb3ducmV2LnhtbFBLBQYAAAAABAAEAPMAAABx&#10;BQAAAAA=&#10;" stroked="f">
                  <v:textbox>
                    <w:txbxContent>
                      <w:p w14:paraId="73C3E8C3" w14:textId="77777777" w:rsidR="00682565" w:rsidRPr="000936C2" w:rsidRDefault="00682565" w:rsidP="00682565">
                        <w:pPr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</w:pPr>
                        <w:r w:rsidRPr="000936C2"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  <w:t>Eastern Close, Dogsthorpe, Peterborough, PE1 4PP. 01733 568058. office@marshfields.co.uk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700C00FB" w14:textId="0700C871" w:rsidR="00682565" w:rsidRDefault="00682565">
    <w:pPr>
      <w:pStyle w:val="Footer"/>
    </w:pPr>
    <w:r w:rsidRPr="00554DAF">
      <w:rPr>
        <w:noProof/>
      </w:rPr>
      <w:drawing>
        <wp:anchor distT="0" distB="0" distL="114300" distR="114300" simplePos="0" relativeHeight="251662848" behindDoc="0" locked="0" layoutInCell="1" allowOverlap="1" wp14:anchorId="4416455B" wp14:editId="54F24FFD">
          <wp:simplePos x="0" y="0"/>
          <wp:positionH relativeFrom="page">
            <wp:posOffset>-990600</wp:posOffset>
          </wp:positionH>
          <wp:positionV relativeFrom="page">
            <wp:posOffset>9944100</wp:posOffset>
          </wp:positionV>
          <wp:extent cx="8753302" cy="162560"/>
          <wp:effectExtent l="0" t="0" r="0" b="8890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53302" cy="162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1070D80" wp14:editId="0EEE81BB">
              <wp:simplePos x="0" y="0"/>
              <wp:positionH relativeFrom="margin">
                <wp:posOffset>4200525</wp:posOffset>
              </wp:positionH>
              <wp:positionV relativeFrom="page">
                <wp:posOffset>9532620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27FE2F" w14:textId="77777777" w:rsidR="00682565" w:rsidRPr="000936C2" w:rsidRDefault="00682565" w:rsidP="00682565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070D80" id="Text Box 1505302268" o:spid="_x0000_s1027" type="#_x0000_t202" style="position:absolute;margin-left:330.75pt;margin-top:750.6pt;width:141.7pt;height:34.4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N86WgnhAAAADQEAAA8AAAAAAAAAAAAAAAAAaQQAAGRycy9kb3ducmV2LnhtbFBLBQYAAAAABAAE&#10;APMAAAB3BQAAAAA=&#10;" filled="f" stroked="f" strokeweight=".5pt">
              <v:textbox inset="0,0,0,0">
                <w:txbxContent>
                  <w:p w14:paraId="3827FE2F" w14:textId="77777777" w:rsidR="00682565" w:rsidRPr="000936C2" w:rsidRDefault="00682565" w:rsidP="00682565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AFA44" w14:textId="77777777" w:rsidR="00682565" w:rsidRDefault="00682565" w:rsidP="00682565">
      <w:pPr>
        <w:spacing w:after="0" w:line="240" w:lineRule="auto"/>
      </w:pPr>
      <w:r>
        <w:separator/>
      </w:r>
    </w:p>
  </w:footnote>
  <w:footnote w:type="continuationSeparator" w:id="0">
    <w:p w14:paraId="02DDA248" w14:textId="77777777" w:rsidR="00682565" w:rsidRDefault="00682565" w:rsidP="00682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2E087" w14:textId="3231439F" w:rsidR="00682565" w:rsidRPr="00E26C15" w:rsidRDefault="00682565" w:rsidP="00682565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608" behindDoc="0" locked="0" layoutInCell="1" allowOverlap="1" wp14:anchorId="0D42D2A0" wp14:editId="5797004B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Remote Education Policy Summary</w:t>
    </w:r>
  </w:p>
  <w:p w14:paraId="4AAC66F0" w14:textId="77777777" w:rsidR="00682565" w:rsidRPr="00E26C15" w:rsidRDefault="00682565" w:rsidP="0068256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52F5CFDA" w14:textId="77777777" w:rsidR="00682565" w:rsidRPr="00E26C15" w:rsidRDefault="00682565" w:rsidP="0068256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September 2025</w:t>
    </w:r>
  </w:p>
  <w:p w14:paraId="3B33CB71" w14:textId="77777777" w:rsidR="00682565" w:rsidRPr="00E26C15" w:rsidRDefault="00682565" w:rsidP="0068256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September 2026</w:t>
    </w:r>
  </w:p>
  <w:p w14:paraId="4D108172" w14:textId="77777777" w:rsidR="00682565" w:rsidRDefault="00682565" w:rsidP="0068256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2C0EA7E3" w14:textId="77777777" w:rsidR="00682565" w:rsidRDefault="006825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7628442">
    <w:abstractNumId w:val="8"/>
  </w:num>
  <w:num w:numId="2" w16cid:durableId="1907915014">
    <w:abstractNumId w:val="6"/>
  </w:num>
  <w:num w:numId="3" w16cid:durableId="1252160580">
    <w:abstractNumId w:val="5"/>
  </w:num>
  <w:num w:numId="4" w16cid:durableId="1881897706">
    <w:abstractNumId w:val="4"/>
  </w:num>
  <w:num w:numId="5" w16cid:durableId="2066374161">
    <w:abstractNumId w:val="7"/>
  </w:num>
  <w:num w:numId="6" w16cid:durableId="1788348423">
    <w:abstractNumId w:val="3"/>
  </w:num>
  <w:num w:numId="7" w16cid:durableId="988555198">
    <w:abstractNumId w:val="2"/>
  </w:num>
  <w:num w:numId="8" w16cid:durableId="1994945433">
    <w:abstractNumId w:val="1"/>
  </w:num>
  <w:num w:numId="9" w16cid:durableId="257952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703D"/>
    <w:rsid w:val="003C6850"/>
    <w:rsid w:val="00682565"/>
    <w:rsid w:val="008F73A9"/>
    <w:rsid w:val="00A15D00"/>
    <w:rsid w:val="00AA1D8D"/>
    <w:rsid w:val="00B47730"/>
    <w:rsid w:val="00C52BC2"/>
    <w:rsid w:val="00C6792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B82C34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</Words>
  <Characters>1218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2026-01-29T10:57:00Z</dcterms:created>
  <dcterms:modified xsi:type="dcterms:W3CDTF">2026-01-29T10:57:00Z</dcterms:modified>
  <cp:category/>
</cp:coreProperties>
</file>