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549FC" w14:textId="77777777" w:rsidR="00336800" w:rsidRDefault="00336800" w:rsidP="00336800">
      <w:pPr>
        <w:pStyle w:val="Heading1"/>
        <w:spacing w:before="0"/>
        <w:rPr>
          <w:rFonts w:ascii="Arial" w:hAnsi="Arial" w:cs="Arial"/>
          <w:color w:val="0070C0"/>
        </w:rPr>
      </w:pPr>
    </w:p>
    <w:p w14:paraId="239530B3" w14:textId="429E9E8C" w:rsidR="00E017E8" w:rsidRDefault="00DC1C3A" w:rsidP="00336800">
      <w:pPr>
        <w:pStyle w:val="Heading1"/>
        <w:spacing w:before="0"/>
        <w:rPr>
          <w:rFonts w:ascii="Arial" w:hAnsi="Arial" w:cs="Arial"/>
          <w:color w:val="0070C0"/>
        </w:rPr>
      </w:pPr>
      <w:r w:rsidRPr="00336800">
        <w:rPr>
          <w:rFonts w:ascii="Arial" w:hAnsi="Arial" w:cs="Arial"/>
          <w:color w:val="0070C0"/>
        </w:rPr>
        <w:t>Phone Calls at School</w:t>
      </w:r>
    </w:p>
    <w:p w14:paraId="446A885C" w14:textId="77777777" w:rsidR="00336800" w:rsidRPr="00336800" w:rsidRDefault="00336800" w:rsidP="00336800">
      <w:pPr>
        <w:spacing w:after="0"/>
      </w:pPr>
    </w:p>
    <w:p w14:paraId="2D7A00D8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At Marshfields School, some phone calls are recorded.</w:t>
      </w:r>
    </w:p>
    <w:p w14:paraId="3C7F32B0" w14:textId="77777777" w:rsidR="00E017E8" w:rsidRPr="00336800" w:rsidRDefault="00E017E8" w:rsidP="00336800">
      <w:pPr>
        <w:spacing w:after="0"/>
        <w:rPr>
          <w:rFonts w:ascii="Arial" w:hAnsi="Arial" w:cs="Arial"/>
        </w:rPr>
      </w:pPr>
    </w:p>
    <w:p w14:paraId="76C86A11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This helps keep everyone safe and makes sure we give the right information.</w:t>
      </w:r>
    </w:p>
    <w:p w14:paraId="019A101B" w14:textId="77777777" w:rsidR="00E017E8" w:rsidRPr="00336800" w:rsidRDefault="00E017E8" w:rsidP="00336800">
      <w:pPr>
        <w:spacing w:after="0"/>
        <w:rPr>
          <w:rFonts w:ascii="Arial" w:hAnsi="Arial" w:cs="Arial"/>
        </w:rPr>
      </w:pPr>
    </w:p>
    <w:p w14:paraId="0E688E17" w14:textId="77777777" w:rsidR="00E017E8" w:rsidRPr="00336800" w:rsidRDefault="00DC1C3A" w:rsidP="00336800">
      <w:pPr>
        <w:spacing w:after="0"/>
        <w:rPr>
          <w:rFonts w:ascii="Arial" w:hAnsi="Arial" w:cs="Arial"/>
          <w:color w:val="0070C0"/>
        </w:rPr>
      </w:pPr>
      <w:r w:rsidRPr="00336800">
        <w:rPr>
          <w:rFonts w:ascii="Arial" w:hAnsi="Arial" w:cs="Arial"/>
          <w:color w:val="0070C0"/>
        </w:rPr>
        <w:t>Why are calls recorded?</w:t>
      </w:r>
    </w:p>
    <w:p w14:paraId="5C1FB743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 xml:space="preserve">• To check we </w:t>
      </w:r>
      <w:proofErr w:type="gramStart"/>
      <w:r w:rsidRPr="00336800">
        <w:rPr>
          <w:rFonts w:ascii="Arial" w:hAnsi="Arial" w:cs="Arial"/>
        </w:rPr>
        <w:t>are being</w:t>
      </w:r>
      <w:proofErr w:type="gramEnd"/>
      <w:r w:rsidRPr="00336800">
        <w:rPr>
          <w:rFonts w:ascii="Arial" w:hAnsi="Arial" w:cs="Arial"/>
        </w:rPr>
        <w:t xml:space="preserve"> helpful and kind</w:t>
      </w:r>
    </w:p>
    <w:p w14:paraId="47C65F71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To help train staff</w:t>
      </w:r>
    </w:p>
    <w:p w14:paraId="204848F8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To remember what was said if there is a worry or problem</w:t>
      </w:r>
    </w:p>
    <w:p w14:paraId="1024208C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To protect staff from rude or unsafe behaviour</w:t>
      </w:r>
    </w:p>
    <w:p w14:paraId="55015527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To help if there is a complaint</w:t>
      </w:r>
    </w:p>
    <w:p w14:paraId="2F2C9F26" w14:textId="77777777" w:rsidR="00E017E8" w:rsidRPr="00336800" w:rsidRDefault="00E017E8" w:rsidP="00336800">
      <w:pPr>
        <w:rPr>
          <w:rFonts w:ascii="Arial" w:hAnsi="Arial" w:cs="Arial"/>
        </w:rPr>
      </w:pPr>
    </w:p>
    <w:p w14:paraId="5DE23072" w14:textId="77777777" w:rsidR="00E017E8" w:rsidRPr="00336800" w:rsidRDefault="00DC1C3A" w:rsidP="00336800">
      <w:pPr>
        <w:spacing w:after="0"/>
        <w:rPr>
          <w:rFonts w:ascii="Arial" w:hAnsi="Arial" w:cs="Arial"/>
          <w:color w:val="0070C0"/>
        </w:rPr>
      </w:pPr>
      <w:r w:rsidRPr="00336800">
        <w:rPr>
          <w:rFonts w:ascii="Arial" w:hAnsi="Arial" w:cs="Arial"/>
          <w:color w:val="0070C0"/>
        </w:rPr>
        <w:t>Are all calls recorded?</w:t>
      </w:r>
    </w:p>
    <w:p w14:paraId="496975BB" w14:textId="51559AA9" w:rsidR="00E017E8" w:rsidRPr="00336800" w:rsidRDefault="00062611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E</w:t>
      </w:r>
      <w:r w:rsidR="00DC1C3A" w:rsidRPr="00336800">
        <w:rPr>
          <w:rFonts w:ascii="Arial" w:hAnsi="Arial" w:cs="Arial"/>
        </w:rPr>
        <w:t xml:space="preserve">very call is recorded, </w:t>
      </w:r>
      <w:r w:rsidRPr="00336800">
        <w:rPr>
          <w:rFonts w:ascii="Arial" w:hAnsi="Arial" w:cs="Arial"/>
        </w:rPr>
        <w:t>and</w:t>
      </w:r>
      <w:r w:rsidR="00DC1C3A" w:rsidRPr="00336800">
        <w:rPr>
          <w:rFonts w:ascii="Arial" w:hAnsi="Arial" w:cs="Arial"/>
        </w:rPr>
        <w:t xml:space="preserve"> all school phone lines can record calls. Callers should assume a call </w:t>
      </w:r>
      <w:r w:rsidRPr="00336800">
        <w:rPr>
          <w:rFonts w:ascii="Arial" w:hAnsi="Arial" w:cs="Arial"/>
        </w:rPr>
        <w:t>is being</w:t>
      </w:r>
      <w:r w:rsidR="00DC1C3A" w:rsidRPr="00336800">
        <w:rPr>
          <w:rFonts w:ascii="Arial" w:hAnsi="Arial" w:cs="Arial"/>
        </w:rPr>
        <w:t xml:space="preserve"> recorded.</w:t>
      </w:r>
    </w:p>
    <w:p w14:paraId="6DD66B7C" w14:textId="77777777" w:rsidR="00E017E8" w:rsidRPr="00336800" w:rsidRDefault="00E017E8" w:rsidP="00336800">
      <w:pPr>
        <w:spacing w:after="0"/>
        <w:rPr>
          <w:rFonts w:ascii="Arial" w:hAnsi="Arial" w:cs="Arial"/>
        </w:rPr>
      </w:pPr>
    </w:p>
    <w:p w14:paraId="55E66B1B" w14:textId="77777777" w:rsidR="00E017E8" w:rsidRPr="00336800" w:rsidRDefault="00DC1C3A" w:rsidP="00336800">
      <w:pPr>
        <w:spacing w:after="0"/>
        <w:rPr>
          <w:rFonts w:ascii="Arial" w:hAnsi="Arial" w:cs="Arial"/>
          <w:color w:val="0070C0"/>
        </w:rPr>
      </w:pPr>
      <w:r w:rsidRPr="00336800">
        <w:rPr>
          <w:rFonts w:ascii="Arial" w:hAnsi="Arial" w:cs="Arial"/>
          <w:color w:val="0070C0"/>
        </w:rPr>
        <w:t>Telling callers</w:t>
      </w:r>
    </w:p>
    <w:p w14:paraId="03A7DCC7" w14:textId="4C3E00A3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 xml:space="preserve">• A recorded message </w:t>
      </w:r>
      <w:r w:rsidR="00062611" w:rsidRPr="00336800">
        <w:rPr>
          <w:rFonts w:ascii="Arial" w:hAnsi="Arial" w:cs="Arial"/>
        </w:rPr>
        <w:t>will</w:t>
      </w:r>
      <w:r w:rsidRPr="00336800">
        <w:rPr>
          <w:rFonts w:ascii="Arial" w:hAnsi="Arial" w:cs="Arial"/>
        </w:rPr>
        <w:t xml:space="preserve"> be played</w:t>
      </w:r>
    </w:p>
    <w:p w14:paraId="59CD7C55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Staff may tell callers</w:t>
      </w:r>
    </w:p>
    <w:p w14:paraId="3B27B201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Callers may be reminded if a call becomes unkind or unsafe</w:t>
      </w:r>
    </w:p>
    <w:p w14:paraId="7CE4A421" w14:textId="77777777" w:rsidR="00E017E8" w:rsidRPr="00336800" w:rsidRDefault="00E017E8" w:rsidP="00336800">
      <w:pPr>
        <w:rPr>
          <w:rFonts w:ascii="Arial" w:hAnsi="Arial" w:cs="Arial"/>
        </w:rPr>
      </w:pPr>
    </w:p>
    <w:p w14:paraId="6A798909" w14:textId="77777777" w:rsidR="00E017E8" w:rsidRPr="00336800" w:rsidRDefault="00DC1C3A" w:rsidP="00336800">
      <w:pPr>
        <w:spacing w:after="0"/>
        <w:rPr>
          <w:rFonts w:ascii="Arial" w:hAnsi="Arial" w:cs="Arial"/>
          <w:color w:val="0070C0"/>
        </w:rPr>
      </w:pPr>
      <w:r w:rsidRPr="00336800">
        <w:rPr>
          <w:rFonts w:ascii="Arial" w:hAnsi="Arial" w:cs="Arial"/>
          <w:color w:val="0070C0"/>
        </w:rPr>
        <w:t>Keeping recordings safe</w:t>
      </w:r>
    </w:p>
    <w:p w14:paraId="538B12A2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Recordings are kept secure</w:t>
      </w:r>
    </w:p>
    <w:p w14:paraId="1956AE11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Only senior staff can listen to them</w:t>
      </w:r>
    </w:p>
    <w:p w14:paraId="2D607428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Recordings are kept for up to 6 months</w:t>
      </w:r>
    </w:p>
    <w:p w14:paraId="6854DBED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• Recordings are then deleted</w:t>
      </w:r>
    </w:p>
    <w:p w14:paraId="1A85F22F" w14:textId="77777777" w:rsidR="00E017E8" w:rsidRPr="00336800" w:rsidRDefault="00E017E8" w:rsidP="00336800">
      <w:pPr>
        <w:spacing w:after="0"/>
        <w:rPr>
          <w:rFonts w:ascii="Arial" w:hAnsi="Arial" w:cs="Arial"/>
        </w:rPr>
      </w:pPr>
    </w:p>
    <w:p w14:paraId="1FA8BBCF" w14:textId="77777777" w:rsidR="00E017E8" w:rsidRPr="00336800" w:rsidRDefault="00DC1C3A" w:rsidP="00336800">
      <w:pPr>
        <w:spacing w:after="0"/>
        <w:rPr>
          <w:rFonts w:ascii="Arial" w:hAnsi="Arial" w:cs="Arial"/>
          <w:color w:val="0070C0"/>
        </w:rPr>
      </w:pPr>
      <w:r w:rsidRPr="00336800">
        <w:rPr>
          <w:rFonts w:ascii="Arial" w:hAnsi="Arial" w:cs="Arial"/>
          <w:color w:val="0070C0"/>
        </w:rPr>
        <w:t>Can parents hear a call?</w:t>
      </w:r>
    </w:p>
    <w:p w14:paraId="2739B9A9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Parents can ask to hear calls that include them. This follows data protection rules.</w:t>
      </w:r>
    </w:p>
    <w:p w14:paraId="6C944A7B" w14:textId="77777777" w:rsidR="00E017E8" w:rsidRPr="00336800" w:rsidRDefault="00E017E8" w:rsidP="00336800">
      <w:pPr>
        <w:spacing w:after="0"/>
        <w:rPr>
          <w:rFonts w:ascii="Arial" w:hAnsi="Arial" w:cs="Arial"/>
        </w:rPr>
      </w:pPr>
    </w:p>
    <w:p w14:paraId="0FFA3278" w14:textId="77777777" w:rsidR="00E017E8" w:rsidRPr="00336800" w:rsidRDefault="00DC1C3A" w:rsidP="00336800">
      <w:pPr>
        <w:spacing w:after="0"/>
        <w:rPr>
          <w:rFonts w:ascii="Arial" w:hAnsi="Arial" w:cs="Arial"/>
          <w:color w:val="0070C0"/>
        </w:rPr>
      </w:pPr>
      <w:r w:rsidRPr="00336800">
        <w:rPr>
          <w:rFonts w:ascii="Arial" w:hAnsi="Arial" w:cs="Arial"/>
          <w:color w:val="0070C0"/>
        </w:rPr>
        <w:t>In simple words</w:t>
      </w:r>
    </w:p>
    <w:p w14:paraId="0C6EDAB9" w14:textId="77777777" w:rsidR="00E017E8" w:rsidRPr="00336800" w:rsidRDefault="00DC1C3A" w:rsidP="00336800">
      <w:pPr>
        <w:spacing w:after="0"/>
        <w:rPr>
          <w:rFonts w:ascii="Arial" w:hAnsi="Arial" w:cs="Arial"/>
        </w:rPr>
      </w:pPr>
      <w:r w:rsidRPr="00336800">
        <w:rPr>
          <w:rFonts w:ascii="Arial" w:hAnsi="Arial" w:cs="Arial"/>
        </w:rPr>
        <w:t>Some phone calls are recorded to keep people safe. Recordings are private and only used when needed.</w:t>
      </w:r>
    </w:p>
    <w:sectPr w:rsidR="00E017E8" w:rsidRPr="00336800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6CE18" w14:textId="77777777" w:rsidR="00336800" w:rsidRDefault="00336800" w:rsidP="00336800">
      <w:pPr>
        <w:spacing w:after="0" w:line="240" w:lineRule="auto"/>
      </w:pPr>
      <w:r>
        <w:separator/>
      </w:r>
    </w:p>
  </w:endnote>
  <w:endnote w:type="continuationSeparator" w:id="0">
    <w:p w14:paraId="4706D8B2" w14:textId="77777777" w:rsidR="00336800" w:rsidRDefault="00336800" w:rsidP="00336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3805301"/>
      <w:docPartObj>
        <w:docPartGallery w:val="Page Numbers (Bottom of Page)"/>
        <w:docPartUnique/>
      </w:docPartObj>
    </w:sdtPr>
    <w:sdtContent>
      <w:p w14:paraId="0DC7AF46" w14:textId="49F2DADF" w:rsidR="00336800" w:rsidRDefault="00336800">
        <w:pPr>
          <w:pStyle w:val="Footer"/>
        </w:pP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58752" behindDoc="0" locked="0" layoutInCell="1" allowOverlap="1" wp14:anchorId="7277B0DB" wp14:editId="65060EB7">
                  <wp:simplePos x="0" y="0"/>
                  <wp:positionH relativeFrom="margin">
                    <wp:posOffset>-1038225</wp:posOffset>
                  </wp:positionH>
                  <wp:positionV relativeFrom="paragraph">
                    <wp:posOffset>219075</wp:posOffset>
                  </wp:positionV>
                  <wp:extent cx="5076825" cy="238125"/>
                  <wp:effectExtent l="0" t="0" r="9525" b="9525"/>
                  <wp:wrapSquare wrapText="bothSides"/>
                  <wp:docPr id="217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76825" cy="238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ABCA478" w14:textId="77777777" w:rsidR="00336800" w:rsidRPr="000936C2" w:rsidRDefault="00336800" w:rsidP="00336800">
                              <w:pPr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</w:pPr>
                              <w:r w:rsidRPr="000936C2">
                                <w:rPr>
                                  <w:rFonts w:ascii="Arial" w:hAnsi="Arial" w:cs="Arial"/>
                                  <w:color w:val="0070C0"/>
                                  <w:sz w:val="18"/>
                                  <w:szCs w:val="18"/>
                                </w:rPr>
                                <w:t>Eastern Close, Dogsthorpe, Peterborough, PE1 4PP. 01733 568058. office@marshfields.co.uk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277B0DB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margin-left:-81.75pt;margin-top:17.25pt;width:399.75pt;height:1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MtadNvf&#10;AAAACgEAAA8AAAAAAAAAAAAAAAAAZQQAAGRycy9kb3ducmV2LnhtbFBLBQYAAAAABAAEAPMAAABx&#10;BQAAAAA=&#10;" stroked="f">
                  <v:textbox>
                    <w:txbxContent>
                      <w:p w14:paraId="0ABCA478" w14:textId="77777777" w:rsidR="00336800" w:rsidRPr="000936C2" w:rsidRDefault="00336800" w:rsidP="00336800">
                        <w:pPr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</w:pPr>
                        <w:r w:rsidRPr="000936C2">
                          <w:rPr>
                            <w:rFonts w:ascii="Arial" w:hAnsi="Arial" w:cs="Arial"/>
                            <w:color w:val="0070C0"/>
                            <w:sz w:val="18"/>
                            <w:szCs w:val="18"/>
                          </w:rPr>
                          <w:t>Eastern Close, Dogsthorpe, Peterborough, PE1 4PP. 01733 568058. office@marshfields.co.uk</w:t>
                        </w:r>
                      </w:p>
                    </w:txbxContent>
                  </v:textbox>
                  <w10:wrap type="square" anchorx="margin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3876BDBF" w14:textId="08621153" w:rsidR="00336800" w:rsidRDefault="00336800">
    <w:pPr>
      <w:pStyle w:val="Footer"/>
    </w:pPr>
    <w:r w:rsidRPr="00554DAF">
      <w:rPr>
        <w:noProof/>
      </w:rPr>
      <w:drawing>
        <wp:anchor distT="0" distB="0" distL="114300" distR="114300" simplePos="0" relativeHeight="251662848" behindDoc="0" locked="0" layoutInCell="1" allowOverlap="1" wp14:anchorId="353F48C3" wp14:editId="09C59A11">
          <wp:simplePos x="0" y="0"/>
          <wp:positionH relativeFrom="page">
            <wp:posOffset>0</wp:posOffset>
          </wp:positionH>
          <wp:positionV relativeFrom="page">
            <wp:posOffset>9902108</wp:posOffset>
          </wp:positionV>
          <wp:extent cx="7766050" cy="144227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9671" cy="1481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2B6F6B5" wp14:editId="60A3A34C">
              <wp:simplePos x="0" y="0"/>
              <wp:positionH relativeFrom="margin">
                <wp:posOffset>4133850</wp:posOffset>
              </wp:positionH>
              <wp:positionV relativeFrom="page">
                <wp:posOffset>9523095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84BF94A" w14:textId="77777777" w:rsidR="00336800" w:rsidRPr="000936C2" w:rsidRDefault="00336800" w:rsidP="00336800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2B6F6B5" id="Text Box 1505302268" o:spid="_x0000_s1027" type="#_x0000_t202" style="position:absolute;margin-left:325.5pt;margin-top:749.85pt;width:141.7pt;height:34.4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" filled="f" stroked="f" strokeweight=".5pt">
              <v:textbox inset="0,0,0,0">
                <w:txbxContent>
                  <w:p w14:paraId="684BF94A" w14:textId="77777777" w:rsidR="00336800" w:rsidRPr="000936C2" w:rsidRDefault="00336800" w:rsidP="00336800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44FDE" w14:textId="77777777" w:rsidR="00336800" w:rsidRDefault="00336800" w:rsidP="00336800">
      <w:pPr>
        <w:spacing w:after="0" w:line="240" w:lineRule="auto"/>
      </w:pPr>
      <w:r>
        <w:separator/>
      </w:r>
    </w:p>
  </w:footnote>
  <w:footnote w:type="continuationSeparator" w:id="0">
    <w:p w14:paraId="6A81B7D0" w14:textId="77777777" w:rsidR="00336800" w:rsidRDefault="00336800" w:rsidP="00336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D0B96" w14:textId="665E03E8" w:rsidR="00336800" w:rsidRPr="00E26C15" w:rsidRDefault="00336800" w:rsidP="00336800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2608" behindDoc="0" locked="0" layoutInCell="1" allowOverlap="1" wp14:anchorId="23B13A50" wp14:editId="6116D724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Phone Recording Policy Summary</w:t>
    </w:r>
  </w:p>
  <w:p w14:paraId="61126FCD" w14:textId="77777777" w:rsidR="00336800" w:rsidRPr="00E26C15" w:rsidRDefault="00336800" w:rsidP="00336800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1B580469" w14:textId="53C3282C" w:rsidR="00336800" w:rsidRPr="00E26C15" w:rsidRDefault="00336800" w:rsidP="00336800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December 2026</w:t>
    </w:r>
  </w:p>
  <w:p w14:paraId="1AADEA11" w14:textId="74D1556C" w:rsidR="00336800" w:rsidRPr="00E26C15" w:rsidRDefault="00336800" w:rsidP="00336800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December 2027</w:t>
    </w:r>
  </w:p>
  <w:p w14:paraId="1CF95150" w14:textId="77777777" w:rsidR="00336800" w:rsidRDefault="00336800" w:rsidP="00336800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6550DB3C" w14:textId="77777777" w:rsidR="00336800" w:rsidRDefault="003368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04985057">
    <w:abstractNumId w:val="8"/>
  </w:num>
  <w:num w:numId="2" w16cid:durableId="1128858700">
    <w:abstractNumId w:val="6"/>
  </w:num>
  <w:num w:numId="3" w16cid:durableId="1152674344">
    <w:abstractNumId w:val="5"/>
  </w:num>
  <w:num w:numId="4" w16cid:durableId="1873952530">
    <w:abstractNumId w:val="4"/>
  </w:num>
  <w:num w:numId="5" w16cid:durableId="1483230128">
    <w:abstractNumId w:val="7"/>
  </w:num>
  <w:num w:numId="6" w16cid:durableId="1226261963">
    <w:abstractNumId w:val="3"/>
  </w:num>
  <w:num w:numId="7" w16cid:durableId="450633553">
    <w:abstractNumId w:val="2"/>
  </w:num>
  <w:num w:numId="8" w16cid:durableId="1261136130">
    <w:abstractNumId w:val="1"/>
  </w:num>
  <w:num w:numId="9" w16cid:durableId="1783986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2611"/>
    <w:rsid w:val="0015074B"/>
    <w:rsid w:val="0029639D"/>
    <w:rsid w:val="00326F90"/>
    <w:rsid w:val="00336800"/>
    <w:rsid w:val="0035703D"/>
    <w:rsid w:val="00AA1D8D"/>
    <w:rsid w:val="00B47730"/>
    <w:rsid w:val="00C6792E"/>
    <w:rsid w:val="00CB0664"/>
    <w:rsid w:val="00DC1C3A"/>
    <w:rsid w:val="00E017E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8526D6A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901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2</cp:revision>
  <dcterms:created xsi:type="dcterms:W3CDTF">2026-01-29T10:31:00Z</dcterms:created>
  <dcterms:modified xsi:type="dcterms:W3CDTF">2026-01-29T10:31:00Z</dcterms:modified>
  <cp:category/>
</cp:coreProperties>
</file>