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45377" w14:textId="77777777" w:rsidR="00AD6CB1" w:rsidRDefault="00AD6CB1" w:rsidP="00AD6CB1">
      <w:pPr>
        <w:pStyle w:val="Heading1"/>
        <w:spacing w:before="0"/>
        <w:rPr>
          <w:rFonts w:ascii="Arial" w:hAnsi="Arial" w:cs="Arial"/>
          <w:color w:val="0070C0"/>
        </w:rPr>
      </w:pPr>
    </w:p>
    <w:p w14:paraId="65CD3E4F" w14:textId="606C67BB" w:rsidR="00BE3B8B" w:rsidRDefault="00AB7248" w:rsidP="00AD6CB1">
      <w:pPr>
        <w:pStyle w:val="Heading1"/>
        <w:spacing w:before="0"/>
        <w:rPr>
          <w:rFonts w:ascii="Arial" w:hAnsi="Arial" w:cs="Arial"/>
          <w:color w:val="0070C0"/>
        </w:rPr>
      </w:pPr>
      <w:r w:rsidRPr="004E0A94">
        <w:rPr>
          <w:rFonts w:ascii="Arial" w:hAnsi="Arial" w:cs="Arial"/>
          <w:color w:val="0070C0"/>
        </w:rPr>
        <w:t>Keeping Everyone Safe at School</w:t>
      </w:r>
    </w:p>
    <w:p w14:paraId="18596BA8" w14:textId="77777777" w:rsidR="00AD6CB1" w:rsidRPr="00AD6CB1" w:rsidRDefault="00AD6CB1" w:rsidP="00AD6CB1"/>
    <w:p w14:paraId="0DDC51F7" w14:textId="77777777" w:rsidR="00BE3B8B" w:rsidRPr="004E0A94" w:rsidRDefault="00AB7248" w:rsidP="00AD6CB1">
      <w:pPr>
        <w:rPr>
          <w:rFonts w:ascii="Arial" w:hAnsi="Arial" w:cs="Arial"/>
        </w:rPr>
      </w:pPr>
      <w:r w:rsidRPr="004E0A94">
        <w:rPr>
          <w:rFonts w:ascii="Arial" w:hAnsi="Arial" w:cs="Arial"/>
        </w:rPr>
        <w:t>At Marshfields School, keeping children safe and well is very important.</w:t>
      </w:r>
    </w:p>
    <w:p w14:paraId="57A0A535" w14:textId="77777777" w:rsidR="00BE3B8B" w:rsidRDefault="00AB7248" w:rsidP="00AD6CB1">
      <w:pPr>
        <w:rPr>
          <w:rFonts w:ascii="Arial" w:hAnsi="Arial" w:cs="Arial"/>
        </w:rPr>
      </w:pPr>
      <w:r w:rsidRPr="004E0A94">
        <w:rPr>
          <w:rFonts w:ascii="Arial" w:hAnsi="Arial" w:cs="Arial"/>
        </w:rPr>
        <w:t>We work hard to make sure children are safe at school, adults know what to do, the building is safe, and emergencies are handled quickly.</w:t>
      </w:r>
    </w:p>
    <w:p w14:paraId="0D5C9B27" w14:textId="77777777" w:rsidR="00AD6CB1" w:rsidRPr="004E0A94" w:rsidRDefault="00AD6CB1" w:rsidP="00AD6CB1">
      <w:pPr>
        <w:rPr>
          <w:rFonts w:ascii="Arial" w:hAnsi="Arial" w:cs="Arial"/>
        </w:rPr>
      </w:pPr>
    </w:p>
    <w:p w14:paraId="373185F2" w14:textId="77777777" w:rsid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 xml:space="preserve">How </w:t>
      </w:r>
      <w:proofErr w:type="gramStart"/>
      <w:r w:rsidRPr="00AD6CB1">
        <w:rPr>
          <w:rFonts w:ascii="Arial" w:hAnsi="Arial" w:cs="Arial"/>
          <w:color w:val="0070C0"/>
        </w:rPr>
        <w:t>the school</w:t>
      </w:r>
      <w:proofErr w:type="gramEnd"/>
      <w:r w:rsidRPr="00AD6CB1">
        <w:rPr>
          <w:rFonts w:ascii="Arial" w:hAnsi="Arial" w:cs="Arial"/>
          <w:color w:val="0070C0"/>
        </w:rPr>
        <w:t xml:space="preserve"> keeps children safe</w:t>
      </w:r>
    </w:p>
    <w:p w14:paraId="08477286" w14:textId="2BDC22D8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Buildings and equipment are checked often</w:t>
      </w:r>
    </w:p>
    <w:p w14:paraId="38013441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There are enough adults to help children</w:t>
      </w:r>
    </w:p>
    <w:p w14:paraId="213E7696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Staff are trained to work safely</w:t>
      </w:r>
    </w:p>
    <w:p w14:paraId="74580B37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Clear safety rules are followed</w:t>
      </w:r>
    </w:p>
    <w:p w14:paraId="6B31613E" w14:textId="77777777" w:rsidR="00AD6CB1" w:rsidRDefault="00AD6CB1" w:rsidP="00AD6CB1">
      <w:pPr>
        <w:spacing w:after="0"/>
        <w:rPr>
          <w:rFonts w:ascii="Arial" w:hAnsi="Arial" w:cs="Arial"/>
          <w:color w:val="0070C0"/>
        </w:rPr>
      </w:pPr>
    </w:p>
    <w:p w14:paraId="2713E7B0" w14:textId="482915AD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Who helps with safety?</w:t>
      </w:r>
    </w:p>
    <w:p w14:paraId="41AC157E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The Headteacher and school leaders check safety every day</w:t>
      </w:r>
    </w:p>
    <w:p w14:paraId="01C1525A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Staff look after children like a careful parent would</w:t>
      </w:r>
    </w:p>
    <w:p w14:paraId="7080F66C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Governors help check rules are followed</w:t>
      </w:r>
    </w:p>
    <w:p w14:paraId="1E7A8221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Children and parents help by following safety rules</w:t>
      </w:r>
    </w:p>
    <w:p w14:paraId="5CDEDDF7" w14:textId="77777777" w:rsidR="00BE3B8B" w:rsidRPr="004E0A94" w:rsidRDefault="00BE3B8B" w:rsidP="00AD6CB1">
      <w:pPr>
        <w:spacing w:after="0"/>
        <w:rPr>
          <w:rFonts w:ascii="Arial" w:hAnsi="Arial" w:cs="Arial"/>
        </w:rPr>
      </w:pPr>
    </w:p>
    <w:p w14:paraId="6CF62C7D" w14:textId="77777777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Fire safety</w:t>
      </w:r>
    </w:p>
    <w:p w14:paraId="3B15967F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 xml:space="preserve">• Fire drills are </w:t>
      </w:r>
      <w:proofErr w:type="gramStart"/>
      <w:r w:rsidRPr="004E0A94">
        <w:rPr>
          <w:rFonts w:ascii="Arial" w:hAnsi="Arial" w:cs="Arial"/>
        </w:rPr>
        <w:t>practised</w:t>
      </w:r>
      <w:proofErr w:type="gramEnd"/>
    </w:p>
    <w:p w14:paraId="463B4CF2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Exit signs are clear</w:t>
      </w:r>
    </w:p>
    <w:p w14:paraId="6C03AC57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Fire alarms are tested regularly</w:t>
      </w:r>
    </w:p>
    <w:p w14:paraId="63F769EF" w14:textId="77777777" w:rsidR="00BE3B8B" w:rsidRPr="004E0A94" w:rsidRDefault="00BE3B8B" w:rsidP="00AD6CB1">
      <w:pPr>
        <w:spacing w:after="0"/>
        <w:rPr>
          <w:rFonts w:ascii="Arial" w:hAnsi="Arial" w:cs="Arial"/>
        </w:rPr>
      </w:pPr>
    </w:p>
    <w:p w14:paraId="25A7D80F" w14:textId="77777777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If there is a fire</w:t>
      </w:r>
    </w:p>
    <w:p w14:paraId="33186FF2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Everyone leaves the building safely</w:t>
      </w:r>
    </w:p>
    <w:p w14:paraId="4B8B6F1B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Children line up with their class</w:t>
      </w:r>
    </w:p>
    <w:p w14:paraId="3F3230A1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Adults check everyone is safe</w:t>
      </w:r>
    </w:p>
    <w:p w14:paraId="038077D2" w14:textId="77777777" w:rsidR="00BE3B8B" w:rsidRPr="004E0A94" w:rsidRDefault="00BE3B8B" w:rsidP="00AD6CB1">
      <w:pPr>
        <w:spacing w:after="0"/>
        <w:rPr>
          <w:rFonts w:ascii="Arial" w:hAnsi="Arial" w:cs="Arial"/>
        </w:rPr>
      </w:pPr>
    </w:p>
    <w:p w14:paraId="728152E8" w14:textId="77777777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First aid and accidents</w:t>
      </w:r>
    </w:p>
    <w:p w14:paraId="66568125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Trained adults help if a child is hurt</w:t>
      </w:r>
    </w:p>
    <w:p w14:paraId="1FA553D1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First aid kits are available</w:t>
      </w:r>
    </w:p>
    <w:p w14:paraId="248D3791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Serious accidents are written down</w:t>
      </w:r>
    </w:p>
    <w:p w14:paraId="589989D2" w14:textId="77777777" w:rsidR="00BE3B8B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Parents are told when needed</w:t>
      </w:r>
    </w:p>
    <w:p w14:paraId="34944780" w14:textId="77777777" w:rsidR="00AD6CB1" w:rsidRDefault="00AD6CB1" w:rsidP="00AD6CB1">
      <w:pPr>
        <w:spacing w:after="0"/>
        <w:rPr>
          <w:rFonts w:ascii="Arial" w:hAnsi="Arial" w:cs="Arial"/>
        </w:rPr>
      </w:pPr>
    </w:p>
    <w:p w14:paraId="6E92FB7E" w14:textId="77777777" w:rsidR="00AD6CB1" w:rsidRDefault="00AD6CB1" w:rsidP="00AD6CB1">
      <w:pPr>
        <w:spacing w:after="0"/>
        <w:rPr>
          <w:rFonts w:ascii="Arial" w:hAnsi="Arial" w:cs="Arial"/>
        </w:rPr>
      </w:pPr>
    </w:p>
    <w:p w14:paraId="4A843CE9" w14:textId="77777777" w:rsidR="00AD6CB1" w:rsidRDefault="00AD6CB1" w:rsidP="00AD6CB1">
      <w:pPr>
        <w:spacing w:after="0"/>
        <w:rPr>
          <w:rFonts w:ascii="Arial" w:hAnsi="Arial" w:cs="Arial"/>
        </w:rPr>
      </w:pPr>
    </w:p>
    <w:p w14:paraId="78185D92" w14:textId="77777777" w:rsidR="00AD6CB1" w:rsidRDefault="00AD6CB1" w:rsidP="00AD6CB1">
      <w:pPr>
        <w:spacing w:after="0"/>
        <w:rPr>
          <w:rFonts w:ascii="Arial" w:hAnsi="Arial" w:cs="Arial"/>
        </w:rPr>
      </w:pPr>
    </w:p>
    <w:p w14:paraId="4D1D5346" w14:textId="77777777" w:rsidR="00AD6CB1" w:rsidRPr="004E0A94" w:rsidRDefault="00AD6CB1" w:rsidP="00AD6CB1">
      <w:pPr>
        <w:spacing w:after="0"/>
        <w:rPr>
          <w:rFonts w:ascii="Arial" w:hAnsi="Arial" w:cs="Arial"/>
        </w:rPr>
      </w:pPr>
    </w:p>
    <w:p w14:paraId="15491675" w14:textId="77777777" w:rsidR="00BE3B8B" w:rsidRPr="004E0A94" w:rsidRDefault="00BE3B8B" w:rsidP="00AD6CB1">
      <w:pPr>
        <w:spacing w:after="0"/>
        <w:rPr>
          <w:rFonts w:ascii="Arial" w:hAnsi="Arial" w:cs="Arial"/>
        </w:rPr>
      </w:pPr>
    </w:p>
    <w:p w14:paraId="2FEF3FD3" w14:textId="77777777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Trips and visits</w:t>
      </w:r>
    </w:p>
    <w:p w14:paraId="087059C6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Trips are planned carefully</w:t>
      </w:r>
    </w:p>
    <w:p w14:paraId="5930A56B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Risks are checked before going out</w:t>
      </w:r>
    </w:p>
    <w:p w14:paraId="3A46E552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First aid is taken on trips</w:t>
      </w:r>
    </w:p>
    <w:p w14:paraId="4CD84066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There is always a trained adult</w:t>
      </w:r>
    </w:p>
    <w:p w14:paraId="2D87A747" w14:textId="77777777" w:rsidR="00AD6CB1" w:rsidRDefault="00AD6CB1" w:rsidP="00AD6CB1">
      <w:pPr>
        <w:spacing w:after="0"/>
        <w:rPr>
          <w:rFonts w:ascii="Arial" w:hAnsi="Arial" w:cs="Arial"/>
          <w:color w:val="0070C0"/>
        </w:rPr>
      </w:pPr>
    </w:p>
    <w:p w14:paraId="5D052DCE" w14:textId="4AB8C5C3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Clean and safe spaces</w:t>
      </w:r>
    </w:p>
    <w:p w14:paraId="2ABB1400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The school is kept clean</w:t>
      </w:r>
    </w:p>
    <w:p w14:paraId="65FB0782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Cleaning products are used safely</w:t>
      </w:r>
    </w:p>
    <w:p w14:paraId="6A5BF950" w14:textId="77777777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>• Dangerous items are stored safely</w:t>
      </w:r>
    </w:p>
    <w:p w14:paraId="65787243" w14:textId="77777777" w:rsidR="00BE3B8B" w:rsidRPr="004E0A94" w:rsidRDefault="00BE3B8B" w:rsidP="00AD6CB1">
      <w:pPr>
        <w:spacing w:after="0"/>
        <w:rPr>
          <w:rFonts w:ascii="Arial" w:hAnsi="Arial" w:cs="Arial"/>
        </w:rPr>
      </w:pPr>
    </w:p>
    <w:p w14:paraId="58C46C60" w14:textId="77777777" w:rsidR="00BE3B8B" w:rsidRPr="00AD6CB1" w:rsidRDefault="00AB7248" w:rsidP="00AD6CB1">
      <w:pPr>
        <w:spacing w:after="0"/>
        <w:rPr>
          <w:rFonts w:ascii="Arial" w:hAnsi="Arial" w:cs="Arial"/>
          <w:color w:val="0070C0"/>
        </w:rPr>
      </w:pPr>
      <w:r w:rsidRPr="00AD6CB1">
        <w:rPr>
          <w:rFonts w:ascii="Arial" w:hAnsi="Arial" w:cs="Arial"/>
          <w:color w:val="0070C0"/>
        </w:rPr>
        <w:t>In simple words</w:t>
      </w:r>
    </w:p>
    <w:p w14:paraId="027E7845" w14:textId="66D5E159" w:rsidR="00BE3B8B" w:rsidRPr="004E0A94" w:rsidRDefault="00AB7248" w:rsidP="00AD6CB1">
      <w:pPr>
        <w:spacing w:after="0"/>
        <w:rPr>
          <w:rFonts w:ascii="Arial" w:hAnsi="Arial" w:cs="Arial"/>
        </w:rPr>
      </w:pPr>
      <w:r w:rsidRPr="004E0A94">
        <w:rPr>
          <w:rFonts w:ascii="Arial" w:hAnsi="Arial" w:cs="Arial"/>
        </w:rPr>
        <w:t xml:space="preserve">Safety comes first. Adults are trained. Children are looked </w:t>
      </w:r>
      <w:r w:rsidR="00AD6CB1" w:rsidRPr="004E0A94">
        <w:rPr>
          <w:rFonts w:ascii="Arial" w:hAnsi="Arial" w:cs="Arial"/>
        </w:rPr>
        <w:t>after,</w:t>
      </w:r>
      <w:r w:rsidRPr="004E0A94">
        <w:rPr>
          <w:rFonts w:ascii="Arial" w:hAnsi="Arial" w:cs="Arial"/>
        </w:rPr>
        <w:t xml:space="preserve"> and parents are kept informed.</w:t>
      </w:r>
    </w:p>
    <w:sectPr w:rsidR="00BE3B8B" w:rsidRPr="004E0A94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51A7" w14:textId="77777777" w:rsidR="004E0A94" w:rsidRDefault="004E0A94" w:rsidP="004E0A94">
      <w:pPr>
        <w:spacing w:after="0" w:line="240" w:lineRule="auto"/>
      </w:pPr>
      <w:r>
        <w:separator/>
      </w:r>
    </w:p>
  </w:endnote>
  <w:endnote w:type="continuationSeparator" w:id="0">
    <w:p w14:paraId="69DAF947" w14:textId="77777777" w:rsidR="004E0A94" w:rsidRDefault="004E0A94" w:rsidP="004E0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9679346"/>
      <w:docPartObj>
        <w:docPartGallery w:val="Page Numbers (Bottom of Page)"/>
        <w:docPartUnique/>
      </w:docPartObj>
    </w:sdtPr>
    <w:sdtEndPr/>
    <w:sdtContent>
      <w:p w14:paraId="6612A01A" w14:textId="4365EEC4" w:rsidR="004E0A94" w:rsidRDefault="004E0A94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9776" behindDoc="0" locked="0" layoutInCell="1" allowOverlap="1" wp14:anchorId="21202F33" wp14:editId="24FED2FA">
                  <wp:simplePos x="0" y="0"/>
                  <wp:positionH relativeFrom="margin">
                    <wp:posOffset>-1057275</wp:posOffset>
                  </wp:positionH>
                  <wp:positionV relativeFrom="paragraph">
                    <wp:posOffset>232410</wp:posOffset>
                  </wp:positionV>
                  <wp:extent cx="5076825" cy="238125"/>
                  <wp:effectExtent l="0" t="0" r="9525" b="9525"/>
                  <wp:wrapThrough wrapText="bothSides">
                    <wp:wrapPolygon edited="0">
                      <wp:start x="0" y="0"/>
                      <wp:lineTo x="0" y="20736"/>
                      <wp:lineTo x="21559" y="20736"/>
                      <wp:lineTo x="21559" y="0"/>
                      <wp:lineTo x="0" y="0"/>
                    </wp:wrapPolygon>
                  </wp:wrapThrough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3C32A2" w14:textId="77777777" w:rsidR="004E0A94" w:rsidRPr="000936C2" w:rsidRDefault="004E0A94" w:rsidP="004E0A94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1202F33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83.25pt;margin-top:18.3pt;width:399.75pt;height:18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BGe+3Hf&#10;AAAACgEAAA8AAAAAAAAAAAAAAAAAZQQAAGRycy9kb3ducmV2LnhtbFBLBQYAAAAABAAEAPMAAABx&#10;BQAAAAA=&#10;" stroked="f">
                  <v:textbox>
                    <w:txbxContent>
                      <w:p w14:paraId="0F3C32A2" w14:textId="77777777" w:rsidR="004E0A94" w:rsidRPr="000936C2" w:rsidRDefault="004E0A94" w:rsidP="004E0A94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through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08434052" w14:textId="363BBF7B" w:rsidR="004E0A94" w:rsidRDefault="004E0A94">
    <w:pPr>
      <w:pStyle w:val="Footer"/>
    </w:pPr>
    <w:r w:rsidRPr="00554DAF">
      <w:rPr>
        <w:noProof/>
      </w:rPr>
      <w:drawing>
        <wp:anchor distT="0" distB="0" distL="114300" distR="114300" simplePos="0" relativeHeight="251663872" behindDoc="0" locked="0" layoutInCell="1" allowOverlap="1" wp14:anchorId="2D2DA1DC" wp14:editId="555DC2C6">
          <wp:simplePos x="0" y="0"/>
          <wp:positionH relativeFrom="page">
            <wp:posOffset>1</wp:posOffset>
          </wp:positionH>
          <wp:positionV relativeFrom="page">
            <wp:posOffset>9903700</wp:posOffset>
          </wp:positionV>
          <wp:extent cx="7782914" cy="144540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2311" cy="1491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50D4DBB" wp14:editId="5DC5A9BD">
              <wp:simplePos x="0" y="0"/>
              <wp:positionH relativeFrom="margin">
                <wp:posOffset>4171950</wp:posOffset>
              </wp:positionH>
              <wp:positionV relativeFrom="page">
                <wp:posOffset>9608820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F0909E" w14:textId="77777777" w:rsidR="004E0A94" w:rsidRPr="000936C2" w:rsidRDefault="004E0A94" w:rsidP="004E0A94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D4DBB" id="Text Box 1505302268" o:spid="_x0000_s1027" type="#_x0000_t202" style="position:absolute;margin-left:328.5pt;margin-top:756.6pt;width:141.7pt;height:34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" filled="f" stroked="f" strokeweight=".5pt">
              <v:textbox inset="0,0,0,0">
                <w:txbxContent>
                  <w:p w14:paraId="5EF0909E" w14:textId="77777777" w:rsidR="004E0A94" w:rsidRPr="000936C2" w:rsidRDefault="004E0A94" w:rsidP="004E0A94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F019A" w14:textId="77777777" w:rsidR="004E0A94" w:rsidRDefault="004E0A94" w:rsidP="004E0A94">
      <w:pPr>
        <w:spacing w:after="0" w:line="240" w:lineRule="auto"/>
      </w:pPr>
      <w:r>
        <w:separator/>
      </w:r>
    </w:p>
  </w:footnote>
  <w:footnote w:type="continuationSeparator" w:id="0">
    <w:p w14:paraId="5085BE5B" w14:textId="77777777" w:rsidR="004E0A94" w:rsidRDefault="004E0A94" w:rsidP="004E0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4599B" w14:textId="1222838E" w:rsidR="004E0A94" w:rsidRPr="00E26C15" w:rsidRDefault="004E0A94" w:rsidP="004E0A94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3632" behindDoc="0" locked="0" layoutInCell="1" allowOverlap="1" wp14:anchorId="6E9EDC74" wp14:editId="5F7C498C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Health and Safety Policy Summary</w:t>
    </w:r>
  </w:p>
  <w:p w14:paraId="55BE3C0A" w14:textId="77777777" w:rsidR="004E0A94" w:rsidRPr="00E26C15" w:rsidRDefault="004E0A94" w:rsidP="004E0A9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3E22883C" w14:textId="77777777" w:rsidR="00355EA0" w:rsidRPr="00E26C15" w:rsidRDefault="00355EA0" w:rsidP="00355EA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4DD1306D" w14:textId="77777777" w:rsidR="00355EA0" w:rsidRPr="00E26C15" w:rsidRDefault="00355EA0" w:rsidP="00355EA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2026</w:t>
    </w:r>
  </w:p>
  <w:p w14:paraId="75E85F59" w14:textId="77777777" w:rsidR="004E0A94" w:rsidRDefault="004E0A94" w:rsidP="004E0A9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0ABCD0E6" w14:textId="3779544B" w:rsidR="004E0A94" w:rsidRDefault="004E0A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0434725">
    <w:abstractNumId w:val="8"/>
  </w:num>
  <w:num w:numId="2" w16cid:durableId="124322003">
    <w:abstractNumId w:val="6"/>
  </w:num>
  <w:num w:numId="3" w16cid:durableId="291638746">
    <w:abstractNumId w:val="5"/>
  </w:num>
  <w:num w:numId="4" w16cid:durableId="438454577">
    <w:abstractNumId w:val="4"/>
  </w:num>
  <w:num w:numId="5" w16cid:durableId="1568686875">
    <w:abstractNumId w:val="7"/>
  </w:num>
  <w:num w:numId="6" w16cid:durableId="1031105813">
    <w:abstractNumId w:val="3"/>
  </w:num>
  <w:num w:numId="7" w16cid:durableId="541989668">
    <w:abstractNumId w:val="2"/>
  </w:num>
  <w:num w:numId="8" w16cid:durableId="422996690">
    <w:abstractNumId w:val="1"/>
  </w:num>
  <w:num w:numId="9" w16cid:durableId="12166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5EA0"/>
    <w:rsid w:val="0035703D"/>
    <w:rsid w:val="004E0A94"/>
    <w:rsid w:val="008C1764"/>
    <w:rsid w:val="00AA1D8D"/>
    <w:rsid w:val="00AB7248"/>
    <w:rsid w:val="00AD6CB1"/>
    <w:rsid w:val="00B47730"/>
    <w:rsid w:val="00BE3B8B"/>
    <w:rsid w:val="00C6792E"/>
    <w:rsid w:val="00CB0664"/>
    <w:rsid w:val="00EF0DE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FFFC4F6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2026-01-29T14:23:00Z</dcterms:created>
  <dcterms:modified xsi:type="dcterms:W3CDTF">2026-01-29T14:23:00Z</dcterms:modified>
  <cp:category/>
</cp:coreProperties>
</file>