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DEE67" w14:textId="77777777" w:rsidR="00FD7A91" w:rsidRDefault="00FD7A91" w:rsidP="00FD7A91">
      <w:pPr>
        <w:pStyle w:val="Heading1"/>
        <w:spacing w:before="0"/>
        <w:rPr>
          <w:rFonts w:ascii="Arial" w:hAnsi="Arial" w:cs="Arial"/>
          <w:color w:val="0070C0"/>
        </w:rPr>
      </w:pPr>
    </w:p>
    <w:p w14:paraId="4D0EDF0B" w14:textId="21290B94" w:rsidR="0029024F" w:rsidRDefault="00601ACF" w:rsidP="00FD7A91">
      <w:pPr>
        <w:pStyle w:val="Heading1"/>
        <w:spacing w:before="0"/>
        <w:rPr>
          <w:rFonts w:ascii="Arial" w:hAnsi="Arial" w:cs="Arial"/>
          <w:color w:val="0070C0"/>
        </w:rPr>
      </w:pPr>
      <w:r w:rsidRPr="00FD7A91">
        <w:rPr>
          <w:rFonts w:ascii="Arial" w:hAnsi="Arial" w:cs="Arial"/>
          <w:color w:val="0070C0"/>
        </w:rPr>
        <w:t>Looking After Children When They Are Hurt</w:t>
      </w:r>
    </w:p>
    <w:p w14:paraId="592590E3" w14:textId="77777777" w:rsidR="00FD7A91" w:rsidRPr="00FD7A91" w:rsidRDefault="00FD7A91" w:rsidP="00FD7A91"/>
    <w:p w14:paraId="4E8F8CF3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At Marshfields School, we work hard to keep children safe, healthy, and cared for.</w:t>
      </w:r>
    </w:p>
    <w:p w14:paraId="741F2BF4" w14:textId="77777777" w:rsidR="0029024F" w:rsidRPr="00FD7A91" w:rsidRDefault="0029024F" w:rsidP="00FD7A91">
      <w:pPr>
        <w:spacing w:after="0"/>
        <w:rPr>
          <w:rFonts w:ascii="Arial" w:hAnsi="Arial" w:cs="Arial"/>
        </w:rPr>
      </w:pPr>
    </w:p>
    <w:p w14:paraId="6AE61C22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If a child is hurt or feels unwell, help is always close by.</w:t>
      </w:r>
    </w:p>
    <w:p w14:paraId="18D24528" w14:textId="77777777" w:rsidR="0029024F" w:rsidRPr="00FD7A91" w:rsidRDefault="0029024F" w:rsidP="00FD7A91">
      <w:pPr>
        <w:spacing w:after="0"/>
        <w:rPr>
          <w:rFonts w:ascii="Arial" w:hAnsi="Arial" w:cs="Arial"/>
        </w:rPr>
      </w:pPr>
    </w:p>
    <w:p w14:paraId="55B3CC4C" w14:textId="77777777" w:rsidR="0029024F" w:rsidRPr="00FD7A91" w:rsidRDefault="00601ACF" w:rsidP="00FD7A91">
      <w:pPr>
        <w:spacing w:after="0"/>
        <w:rPr>
          <w:rFonts w:ascii="Arial" w:hAnsi="Arial" w:cs="Arial"/>
          <w:color w:val="0070C0"/>
        </w:rPr>
      </w:pPr>
      <w:r w:rsidRPr="00FD7A91">
        <w:rPr>
          <w:rFonts w:ascii="Arial" w:hAnsi="Arial" w:cs="Arial"/>
          <w:color w:val="0070C0"/>
        </w:rPr>
        <w:t>Who helps when a child is hurt?</w:t>
      </w:r>
    </w:p>
    <w:p w14:paraId="6DB1655C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The school has trained first aiders</w:t>
      </w:r>
    </w:p>
    <w:p w14:paraId="498A6DE3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Adults know what to do in an emergency</w:t>
      </w:r>
    </w:p>
    <w:p w14:paraId="5EA673DB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Children are helped quickly and calmly</w:t>
      </w:r>
    </w:p>
    <w:p w14:paraId="32B782F5" w14:textId="77777777" w:rsidR="0029024F" w:rsidRPr="00FD7A91" w:rsidRDefault="0029024F" w:rsidP="00FD7A91">
      <w:pPr>
        <w:spacing w:after="0"/>
        <w:rPr>
          <w:rFonts w:ascii="Arial" w:hAnsi="Arial" w:cs="Arial"/>
        </w:rPr>
      </w:pPr>
    </w:p>
    <w:p w14:paraId="4527C825" w14:textId="77777777" w:rsidR="0029024F" w:rsidRPr="00FD7A91" w:rsidRDefault="00601ACF" w:rsidP="00FD7A91">
      <w:pPr>
        <w:spacing w:after="0"/>
        <w:rPr>
          <w:rFonts w:ascii="Arial" w:hAnsi="Arial" w:cs="Arial"/>
          <w:color w:val="0070C0"/>
        </w:rPr>
      </w:pPr>
      <w:r w:rsidRPr="00FD7A91">
        <w:rPr>
          <w:rFonts w:ascii="Arial" w:hAnsi="Arial" w:cs="Arial"/>
          <w:color w:val="0070C0"/>
        </w:rPr>
        <w:t>What first aiders do</w:t>
      </w:r>
    </w:p>
    <w:p w14:paraId="223616CC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Help with small cuts, bumps, and bruises</w:t>
      </w:r>
    </w:p>
    <w:p w14:paraId="10156468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Care for children who feel unwell</w:t>
      </w:r>
    </w:p>
    <w:p w14:paraId="1FB9AA86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Call parents when needed</w:t>
      </w:r>
    </w:p>
    <w:p w14:paraId="30CF87C2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Call an ambulance if it is serious</w:t>
      </w:r>
    </w:p>
    <w:p w14:paraId="2497F658" w14:textId="77777777" w:rsidR="0029024F" w:rsidRPr="00FD7A91" w:rsidRDefault="0029024F" w:rsidP="00FD7A91">
      <w:pPr>
        <w:spacing w:after="0"/>
        <w:rPr>
          <w:rFonts w:ascii="Arial" w:hAnsi="Arial" w:cs="Arial"/>
        </w:rPr>
      </w:pPr>
    </w:p>
    <w:p w14:paraId="74D251C7" w14:textId="77777777" w:rsidR="0029024F" w:rsidRPr="00FD7A91" w:rsidRDefault="00601ACF" w:rsidP="00FD7A91">
      <w:pPr>
        <w:spacing w:after="0"/>
        <w:rPr>
          <w:rFonts w:ascii="Arial" w:hAnsi="Arial" w:cs="Arial"/>
          <w:color w:val="0070C0"/>
        </w:rPr>
      </w:pPr>
      <w:r w:rsidRPr="00FD7A91">
        <w:rPr>
          <w:rFonts w:ascii="Arial" w:hAnsi="Arial" w:cs="Arial"/>
          <w:color w:val="0070C0"/>
        </w:rPr>
        <w:t>First aid at school and on trips</w:t>
      </w:r>
    </w:p>
    <w:p w14:paraId="439827E5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First aid is available all day at school</w:t>
      </w:r>
    </w:p>
    <w:p w14:paraId="3F3F458C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First aid kits are around the school</w:t>
      </w:r>
    </w:p>
    <w:p w14:paraId="795BDF07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First aid kits go on school trips and sports visits</w:t>
      </w:r>
    </w:p>
    <w:p w14:paraId="54880135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School buses carry first aid kits</w:t>
      </w:r>
    </w:p>
    <w:p w14:paraId="00A33D3A" w14:textId="77777777" w:rsidR="0029024F" w:rsidRPr="00FD7A91" w:rsidRDefault="0029024F" w:rsidP="00FD7A91">
      <w:pPr>
        <w:spacing w:after="0"/>
        <w:rPr>
          <w:rFonts w:ascii="Arial" w:hAnsi="Arial" w:cs="Arial"/>
        </w:rPr>
      </w:pPr>
    </w:p>
    <w:p w14:paraId="11708DED" w14:textId="77777777" w:rsidR="0029024F" w:rsidRPr="00FD7A91" w:rsidRDefault="00601ACF" w:rsidP="00FD7A91">
      <w:pPr>
        <w:spacing w:after="0"/>
        <w:rPr>
          <w:rFonts w:ascii="Arial" w:hAnsi="Arial" w:cs="Arial"/>
          <w:color w:val="0070C0"/>
        </w:rPr>
      </w:pPr>
      <w:r w:rsidRPr="00FD7A91">
        <w:rPr>
          <w:rFonts w:ascii="Arial" w:hAnsi="Arial" w:cs="Arial"/>
          <w:color w:val="0070C0"/>
        </w:rPr>
        <w:t>Keeping things clean and safe</w:t>
      </w:r>
    </w:p>
    <w:p w14:paraId="260164E3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Staff wear gloves when needed</w:t>
      </w:r>
    </w:p>
    <w:p w14:paraId="1E8828C1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Equipment is kept clean</w:t>
      </w:r>
    </w:p>
    <w:p w14:paraId="68902C7F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Used items are thrown away safely</w:t>
      </w:r>
    </w:p>
    <w:p w14:paraId="7E07E50E" w14:textId="77777777" w:rsidR="0029024F" w:rsidRPr="00FD7A91" w:rsidRDefault="0029024F" w:rsidP="00FD7A91">
      <w:pPr>
        <w:spacing w:after="0"/>
        <w:rPr>
          <w:rFonts w:ascii="Arial" w:hAnsi="Arial" w:cs="Arial"/>
        </w:rPr>
      </w:pPr>
    </w:p>
    <w:p w14:paraId="0FEB353D" w14:textId="77777777" w:rsidR="0029024F" w:rsidRPr="00FD7A91" w:rsidRDefault="00601ACF" w:rsidP="00FD7A91">
      <w:pPr>
        <w:spacing w:after="0"/>
        <w:rPr>
          <w:rFonts w:ascii="Arial" w:hAnsi="Arial" w:cs="Arial"/>
          <w:color w:val="0070C0"/>
        </w:rPr>
      </w:pPr>
      <w:r w:rsidRPr="00FD7A91">
        <w:rPr>
          <w:rFonts w:ascii="Arial" w:hAnsi="Arial" w:cs="Arial"/>
          <w:color w:val="0070C0"/>
        </w:rPr>
        <w:t>Telling parents</w:t>
      </w:r>
    </w:p>
    <w:p w14:paraId="4D660F0B" w14:textId="3942B96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Parents are told about injuries and accidents.</w:t>
      </w:r>
    </w:p>
    <w:p w14:paraId="5F5C0770" w14:textId="77777777" w:rsidR="0029024F" w:rsidRPr="00FD7A91" w:rsidRDefault="0029024F" w:rsidP="00FD7A91">
      <w:pPr>
        <w:spacing w:after="0"/>
        <w:rPr>
          <w:rFonts w:ascii="Arial" w:hAnsi="Arial" w:cs="Arial"/>
        </w:rPr>
      </w:pPr>
    </w:p>
    <w:p w14:paraId="689649D9" w14:textId="77777777" w:rsidR="0029024F" w:rsidRPr="00FD7A91" w:rsidRDefault="00601ACF" w:rsidP="00FD7A91">
      <w:pPr>
        <w:spacing w:after="0"/>
        <w:rPr>
          <w:rFonts w:ascii="Arial" w:hAnsi="Arial" w:cs="Arial"/>
          <w:color w:val="0070C0"/>
        </w:rPr>
      </w:pPr>
      <w:r w:rsidRPr="00FD7A91">
        <w:rPr>
          <w:rFonts w:ascii="Arial" w:hAnsi="Arial" w:cs="Arial"/>
          <w:color w:val="0070C0"/>
        </w:rPr>
        <w:t>Checking and training</w:t>
      </w:r>
    </w:p>
    <w:p w14:paraId="689BF4D4" w14:textId="0E5C573B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 xml:space="preserve">• First aid kits are checked </w:t>
      </w:r>
      <w:r w:rsidR="008A116D" w:rsidRPr="00FD7A91">
        <w:rPr>
          <w:rFonts w:ascii="Arial" w:hAnsi="Arial" w:cs="Arial"/>
        </w:rPr>
        <w:t>regu</w:t>
      </w:r>
      <w:r w:rsidR="002F7167" w:rsidRPr="00FD7A91">
        <w:rPr>
          <w:rFonts w:ascii="Arial" w:hAnsi="Arial" w:cs="Arial"/>
        </w:rPr>
        <w:t>larly</w:t>
      </w:r>
    </w:p>
    <w:p w14:paraId="420C518A" w14:textId="77777777" w:rsidR="0029024F" w:rsidRPr="00FD7A91" w:rsidRDefault="00601ACF" w:rsidP="00FD7A91">
      <w:pPr>
        <w:spacing w:after="0"/>
        <w:rPr>
          <w:rFonts w:ascii="Arial" w:hAnsi="Arial" w:cs="Arial"/>
        </w:rPr>
      </w:pPr>
      <w:r w:rsidRPr="00FD7A91">
        <w:rPr>
          <w:rFonts w:ascii="Arial" w:hAnsi="Arial" w:cs="Arial"/>
        </w:rPr>
        <w:t>• Staff get regular training</w:t>
      </w:r>
    </w:p>
    <w:p w14:paraId="6DA103E1" w14:textId="77777777" w:rsidR="0029024F" w:rsidRPr="00FD7A91" w:rsidRDefault="0029024F" w:rsidP="00FD7A91">
      <w:pPr>
        <w:spacing w:after="0"/>
        <w:rPr>
          <w:rFonts w:ascii="Arial" w:hAnsi="Arial" w:cs="Arial"/>
        </w:rPr>
      </w:pPr>
    </w:p>
    <w:p w14:paraId="551ECC64" w14:textId="77777777" w:rsidR="0029024F" w:rsidRPr="00FD7A91" w:rsidRDefault="00601ACF" w:rsidP="00FD7A91">
      <w:pPr>
        <w:spacing w:after="0"/>
        <w:rPr>
          <w:rFonts w:ascii="Arial" w:hAnsi="Arial" w:cs="Arial"/>
          <w:color w:val="0070C0"/>
        </w:rPr>
      </w:pPr>
      <w:r w:rsidRPr="00FD7A91">
        <w:rPr>
          <w:rFonts w:ascii="Arial" w:hAnsi="Arial" w:cs="Arial"/>
          <w:color w:val="0070C0"/>
        </w:rPr>
        <w:t>In simple words</w:t>
      </w:r>
    </w:p>
    <w:p w14:paraId="199409B3" w14:textId="77777777" w:rsidR="0029024F" w:rsidRPr="00FD7A91" w:rsidRDefault="00601ACF" w:rsidP="00FD7A91">
      <w:pPr>
        <w:rPr>
          <w:rFonts w:ascii="Arial" w:hAnsi="Arial" w:cs="Arial"/>
        </w:rPr>
      </w:pPr>
      <w:r w:rsidRPr="00FD7A91">
        <w:rPr>
          <w:rFonts w:ascii="Arial" w:hAnsi="Arial" w:cs="Arial"/>
        </w:rPr>
        <w:t>Help is always there. Staff know what to do. Children are safe and parents are informed.</w:t>
      </w:r>
    </w:p>
    <w:sectPr w:rsidR="0029024F" w:rsidRPr="00FD7A91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26ACA" w14:textId="77777777" w:rsidR="00FD7A91" w:rsidRDefault="00FD7A91" w:rsidP="00FD7A91">
      <w:pPr>
        <w:spacing w:after="0" w:line="240" w:lineRule="auto"/>
      </w:pPr>
      <w:r>
        <w:separator/>
      </w:r>
    </w:p>
  </w:endnote>
  <w:endnote w:type="continuationSeparator" w:id="0">
    <w:p w14:paraId="04CE07BF" w14:textId="77777777" w:rsidR="00FD7A91" w:rsidRDefault="00FD7A91" w:rsidP="00FD7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5EBA1" w14:textId="77777777" w:rsidR="009A2558" w:rsidRDefault="009A25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3239226"/>
      <w:docPartObj>
        <w:docPartGallery w:val="Page Numbers (Bottom of Page)"/>
        <w:docPartUnique/>
      </w:docPartObj>
    </w:sdtPr>
    <w:sdtEndPr/>
    <w:sdtContent>
      <w:p w14:paraId="13DBB48F" w14:textId="19C639D4" w:rsidR="00FD7A91" w:rsidRDefault="00FD7A91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58752" behindDoc="0" locked="0" layoutInCell="1" allowOverlap="1" wp14:anchorId="57CAF2A2" wp14:editId="3297EC60">
                  <wp:simplePos x="0" y="0"/>
                  <wp:positionH relativeFrom="margin">
                    <wp:posOffset>-1038225</wp:posOffset>
                  </wp:positionH>
                  <wp:positionV relativeFrom="paragraph">
                    <wp:posOffset>171450</wp:posOffset>
                  </wp:positionV>
                  <wp:extent cx="5076825" cy="238125"/>
                  <wp:effectExtent l="0" t="0" r="9525" b="9525"/>
                  <wp:wrapSquare wrapText="bothSides"/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768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2816F5" w14:textId="77777777" w:rsidR="00FD7A91" w:rsidRPr="000936C2" w:rsidRDefault="00FD7A91" w:rsidP="00FD7A91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</w:pPr>
                              <w:r w:rsidRPr="000936C2"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  <w:t>Eastern Close, Dogsthorpe, Peterborough, PE1 4PP. 01733 568058. office@marshfields.co.uk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7CAF2A2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-81.75pt;margin-top:13.5pt;width:399.75pt;height:1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" stroked="f">
                  <v:textbox>
                    <w:txbxContent>
                      <w:p w14:paraId="742816F5" w14:textId="77777777" w:rsidR="00FD7A91" w:rsidRPr="000936C2" w:rsidRDefault="00FD7A91" w:rsidP="00FD7A91">
                        <w:pPr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</w:pPr>
                        <w:r w:rsidRPr="000936C2"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  <w:t>Eastern Close, Dogsthorpe, Peterborough, PE1 4PP. 01733 568058. office@marshfields.co.uk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89052B3" w14:textId="3E0F724A" w:rsidR="00FD7A91" w:rsidRDefault="00FD7A91">
    <w:pPr>
      <w:pStyle w:val="Footer"/>
    </w:pPr>
    <w:r w:rsidRPr="00554DAF">
      <w:rPr>
        <w:noProof/>
      </w:rPr>
      <w:drawing>
        <wp:anchor distT="0" distB="0" distL="114300" distR="114300" simplePos="0" relativeHeight="251662848" behindDoc="0" locked="0" layoutInCell="1" allowOverlap="1" wp14:anchorId="71A06595" wp14:editId="0BFEAFF8">
          <wp:simplePos x="0" y="0"/>
          <wp:positionH relativeFrom="page">
            <wp:posOffset>0</wp:posOffset>
          </wp:positionH>
          <wp:positionV relativeFrom="page">
            <wp:posOffset>9928860</wp:posOffset>
          </wp:positionV>
          <wp:extent cx="7766050" cy="144227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6050" cy="144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EE6F62C" wp14:editId="315289E4">
              <wp:simplePos x="0" y="0"/>
              <wp:positionH relativeFrom="margin">
                <wp:posOffset>4191000</wp:posOffset>
              </wp:positionH>
              <wp:positionV relativeFrom="page">
                <wp:posOffset>9494520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B1BF650" w14:textId="77777777" w:rsidR="00FD7A91" w:rsidRPr="000936C2" w:rsidRDefault="00FD7A91" w:rsidP="00FD7A91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EE6F62C" id="Text Box 1505302268" o:spid="_x0000_s1027" type="#_x0000_t202" style="position:absolute;margin-left:330pt;margin-top:747.6pt;width:141.7pt;height:34.4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" filled="f" stroked="f" strokeweight=".5pt">
              <v:textbox inset="0,0,0,0">
                <w:txbxContent>
                  <w:p w14:paraId="4B1BF650" w14:textId="77777777" w:rsidR="00FD7A91" w:rsidRPr="000936C2" w:rsidRDefault="00FD7A91" w:rsidP="00FD7A91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7D552" w14:textId="77777777" w:rsidR="009A2558" w:rsidRDefault="009A2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089AA" w14:textId="77777777" w:rsidR="00FD7A91" w:rsidRDefault="00FD7A91" w:rsidP="00FD7A91">
      <w:pPr>
        <w:spacing w:after="0" w:line="240" w:lineRule="auto"/>
      </w:pPr>
      <w:r>
        <w:separator/>
      </w:r>
    </w:p>
  </w:footnote>
  <w:footnote w:type="continuationSeparator" w:id="0">
    <w:p w14:paraId="646C52BC" w14:textId="77777777" w:rsidR="00FD7A91" w:rsidRDefault="00FD7A91" w:rsidP="00FD7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D4065" w14:textId="77777777" w:rsidR="009A2558" w:rsidRDefault="009A25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FCD58" w14:textId="1B1F1607" w:rsidR="00FD7A91" w:rsidRPr="00E26C15" w:rsidRDefault="00FD7A91" w:rsidP="00FD7A91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2608" behindDoc="0" locked="0" layoutInCell="1" allowOverlap="1" wp14:anchorId="1A43801A" wp14:editId="2A961AB9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First Aid Policy Summary</w:t>
    </w:r>
  </w:p>
  <w:p w14:paraId="1485952B" w14:textId="77777777" w:rsidR="00FD7A91" w:rsidRPr="00E26C15" w:rsidRDefault="00FD7A91" w:rsidP="00FD7A91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5D415A9C" w14:textId="77777777" w:rsidR="009A2558" w:rsidRPr="00E26C15" w:rsidRDefault="009A2558" w:rsidP="009A2558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September 2025</w:t>
    </w:r>
  </w:p>
  <w:p w14:paraId="2F3DEBB0" w14:textId="77777777" w:rsidR="009A2558" w:rsidRPr="00E26C15" w:rsidRDefault="009A2558" w:rsidP="009A2558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September 2026</w:t>
    </w:r>
  </w:p>
  <w:p w14:paraId="37A04352" w14:textId="77777777" w:rsidR="00FD7A91" w:rsidRDefault="00FD7A91" w:rsidP="00FD7A91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1E390265" w14:textId="77777777" w:rsidR="00FD7A91" w:rsidRDefault="00FD7A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A7EF0" w14:textId="77777777" w:rsidR="009A2558" w:rsidRDefault="009A25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970444">
    <w:abstractNumId w:val="8"/>
  </w:num>
  <w:num w:numId="2" w16cid:durableId="1616908289">
    <w:abstractNumId w:val="6"/>
  </w:num>
  <w:num w:numId="3" w16cid:durableId="1159420291">
    <w:abstractNumId w:val="5"/>
  </w:num>
  <w:num w:numId="4" w16cid:durableId="543375348">
    <w:abstractNumId w:val="4"/>
  </w:num>
  <w:num w:numId="5" w16cid:durableId="2004820698">
    <w:abstractNumId w:val="7"/>
  </w:num>
  <w:num w:numId="6" w16cid:durableId="823936995">
    <w:abstractNumId w:val="3"/>
  </w:num>
  <w:num w:numId="7" w16cid:durableId="1607883474">
    <w:abstractNumId w:val="2"/>
  </w:num>
  <w:num w:numId="8" w16cid:durableId="99839152">
    <w:abstractNumId w:val="1"/>
  </w:num>
  <w:num w:numId="9" w16cid:durableId="195732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024F"/>
    <w:rsid w:val="0029639D"/>
    <w:rsid w:val="002F7167"/>
    <w:rsid w:val="002F71A0"/>
    <w:rsid w:val="00326F90"/>
    <w:rsid w:val="0035703D"/>
    <w:rsid w:val="00601ACF"/>
    <w:rsid w:val="008A116D"/>
    <w:rsid w:val="008C1764"/>
    <w:rsid w:val="009A2558"/>
    <w:rsid w:val="00AA1D8D"/>
    <w:rsid w:val="00B47730"/>
    <w:rsid w:val="00C6792E"/>
    <w:rsid w:val="00CB0664"/>
    <w:rsid w:val="00FC693F"/>
    <w:rsid w:val="00FD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44DEE1D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3</cp:revision>
  <dcterms:created xsi:type="dcterms:W3CDTF">2026-01-28T10:20:00Z</dcterms:created>
  <dcterms:modified xsi:type="dcterms:W3CDTF">2026-01-29T14:23:00Z</dcterms:modified>
  <cp:category/>
</cp:coreProperties>
</file>