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27F4F" w14:textId="77777777" w:rsidR="00F03BF3" w:rsidRDefault="002E61FB" w:rsidP="00092D73">
      <w:pPr>
        <w:pStyle w:val="Heading1"/>
        <w:spacing w:before="0"/>
        <w:rPr>
          <w:rFonts w:ascii="Arial" w:hAnsi="Arial" w:cs="Arial"/>
          <w:color w:val="0070C0"/>
        </w:rPr>
      </w:pPr>
      <w:r w:rsidRPr="00CC47A1">
        <w:rPr>
          <w:rFonts w:ascii="Arial" w:hAnsi="Arial" w:cs="Arial"/>
          <w:color w:val="0070C0"/>
        </w:rPr>
        <w:t xml:space="preserve">Everyone Is Welcome </w:t>
      </w:r>
      <w:proofErr w:type="gramStart"/>
      <w:r w:rsidRPr="00CC47A1">
        <w:rPr>
          <w:rFonts w:ascii="Arial" w:hAnsi="Arial" w:cs="Arial"/>
          <w:color w:val="0070C0"/>
        </w:rPr>
        <w:t>at</w:t>
      </w:r>
      <w:proofErr w:type="gramEnd"/>
      <w:r w:rsidRPr="00CC47A1">
        <w:rPr>
          <w:rFonts w:ascii="Arial" w:hAnsi="Arial" w:cs="Arial"/>
          <w:color w:val="0070C0"/>
        </w:rPr>
        <w:t xml:space="preserve"> Our School</w:t>
      </w:r>
    </w:p>
    <w:p w14:paraId="69DE1E03" w14:textId="77777777" w:rsidR="00CC47A1" w:rsidRPr="00CC47A1" w:rsidRDefault="00CC47A1" w:rsidP="00CC47A1"/>
    <w:p w14:paraId="096AC827" w14:textId="77777777" w:rsidR="00F03BF3" w:rsidRPr="00092D73" w:rsidRDefault="002E61FB" w:rsidP="00092D73">
      <w:pPr>
        <w:rPr>
          <w:rFonts w:ascii="Arial" w:hAnsi="Arial" w:cs="Arial"/>
        </w:rPr>
      </w:pPr>
      <w:r w:rsidRPr="00092D73">
        <w:rPr>
          <w:rFonts w:ascii="Arial" w:hAnsi="Arial" w:cs="Arial"/>
        </w:rPr>
        <w:t>At Marshfields School, we believe everyone matters.</w:t>
      </w:r>
    </w:p>
    <w:p w14:paraId="2508A6D9" w14:textId="77777777" w:rsidR="00F03BF3" w:rsidRPr="00092D73" w:rsidRDefault="002E61FB" w:rsidP="00092D73">
      <w:pPr>
        <w:rPr>
          <w:rFonts w:ascii="Arial" w:hAnsi="Arial" w:cs="Arial"/>
        </w:rPr>
      </w:pPr>
      <w:r w:rsidRPr="00092D73">
        <w:rPr>
          <w:rFonts w:ascii="Arial" w:hAnsi="Arial" w:cs="Arial"/>
        </w:rPr>
        <w:t>We want our school to be a place where everyone feels welcome, treated fairly, safe, and respected.</w:t>
      </w:r>
    </w:p>
    <w:p w14:paraId="0267A847" w14:textId="77777777" w:rsidR="00F03BF3" w:rsidRPr="00CC47A1" w:rsidRDefault="002E61FB" w:rsidP="00092D73">
      <w:pPr>
        <w:rPr>
          <w:rFonts w:ascii="Arial" w:hAnsi="Arial" w:cs="Arial"/>
          <w:color w:val="0070C0"/>
        </w:rPr>
      </w:pPr>
      <w:r w:rsidRPr="00CC47A1">
        <w:rPr>
          <w:rFonts w:ascii="Arial" w:hAnsi="Arial" w:cs="Arial"/>
          <w:color w:val="0070C0"/>
        </w:rPr>
        <w:t>What does equality mean?</w:t>
      </w:r>
    </w:p>
    <w:p w14:paraId="5DAF69FB" w14:textId="77777777" w:rsidR="00F03BF3" w:rsidRPr="00092D73" w:rsidRDefault="002E61FB" w:rsidP="00092D73">
      <w:pPr>
        <w:rPr>
          <w:rFonts w:ascii="Arial" w:hAnsi="Arial" w:cs="Arial"/>
        </w:rPr>
      </w:pPr>
      <w:r w:rsidRPr="00092D73">
        <w:rPr>
          <w:rFonts w:ascii="Arial" w:hAnsi="Arial" w:cs="Arial"/>
        </w:rPr>
        <w:t>Equality means people are treated fairly and no one is left out or treated badly because they are different.</w:t>
      </w:r>
    </w:p>
    <w:p w14:paraId="64AC886A" w14:textId="77777777" w:rsidR="00F03BF3" w:rsidRPr="00CC47A1" w:rsidRDefault="002E61FB" w:rsidP="00092D73">
      <w:pPr>
        <w:rPr>
          <w:rFonts w:ascii="Arial" w:hAnsi="Arial" w:cs="Arial"/>
          <w:color w:val="0070C0"/>
        </w:rPr>
      </w:pPr>
      <w:r w:rsidRPr="00CC47A1">
        <w:rPr>
          <w:rFonts w:ascii="Arial" w:hAnsi="Arial" w:cs="Arial"/>
          <w:color w:val="0070C0"/>
        </w:rPr>
        <w:t>We care about people no matter:</w:t>
      </w:r>
    </w:p>
    <w:p w14:paraId="49FA453D" w14:textId="77777777" w:rsidR="00F03BF3" w:rsidRPr="00092D73" w:rsidRDefault="002E61FB" w:rsidP="00CC47A1">
      <w:pPr>
        <w:spacing w:after="0"/>
        <w:rPr>
          <w:rFonts w:ascii="Arial" w:hAnsi="Arial" w:cs="Arial"/>
        </w:rPr>
      </w:pPr>
      <w:r w:rsidRPr="00092D73">
        <w:rPr>
          <w:rFonts w:ascii="Arial" w:hAnsi="Arial" w:cs="Arial"/>
        </w:rPr>
        <w:t>• What they look like</w:t>
      </w:r>
    </w:p>
    <w:p w14:paraId="213F233B" w14:textId="77777777" w:rsidR="00F03BF3" w:rsidRPr="00092D73" w:rsidRDefault="002E61FB" w:rsidP="00CC47A1">
      <w:pPr>
        <w:spacing w:after="0"/>
        <w:rPr>
          <w:rFonts w:ascii="Arial" w:hAnsi="Arial" w:cs="Arial"/>
        </w:rPr>
      </w:pPr>
      <w:r w:rsidRPr="00092D73">
        <w:rPr>
          <w:rFonts w:ascii="Arial" w:hAnsi="Arial" w:cs="Arial"/>
        </w:rPr>
        <w:t>• Where they come from</w:t>
      </w:r>
    </w:p>
    <w:p w14:paraId="0E3761C2" w14:textId="77777777" w:rsidR="00F03BF3" w:rsidRPr="00092D73" w:rsidRDefault="002E61FB" w:rsidP="00CC47A1">
      <w:pPr>
        <w:spacing w:after="0"/>
        <w:rPr>
          <w:rFonts w:ascii="Arial" w:hAnsi="Arial" w:cs="Arial"/>
        </w:rPr>
      </w:pPr>
      <w:r w:rsidRPr="00092D73">
        <w:rPr>
          <w:rFonts w:ascii="Arial" w:hAnsi="Arial" w:cs="Arial"/>
        </w:rPr>
        <w:t>• What they believe</w:t>
      </w:r>
    </w:p>
    <w:p w14:paraId="7DAE0259" w14:textId="77777777" w:rsidR="00F03BF3" w:rsidRPr="00092D73" w:rsidRDefault="002E61FB" w:rsidP="00CC47A1">
      <w:pPr>
        <w:spacing w:after="0"/>
        <w:rPr>
          <w:rFonts w:ascii="Arial" w:hAnsi="Arial" w:cs="Arial"/>
        </w:rPr>
      </w:pPr>
      <w:r w:rsidRPr="00092D73">
        <w:rPr>
          <w:rFonts w:ascii="Arial" w:hAnsi="Arial" w:cs="Arial"/>
        </w:rPr>
        <w:t>• If they have a disability</w:t>
      </w:r>
    </w:p>
    <w:p w14:paraId="179D1D5A" w14:textId="77777777" w:rsidR="00F03BF3" w:rsidRPr="00092D73" w:rsidRDefault="002E61FB" w:rsidP="00CC47A1">
      <w:pPr>
        <w:spacing w:after="0"/>
        <w:rPr>
          <w:rFonts w:ascii="Arial" w:hAnsi="Arial" w:cs="Arial"/>
        </w:rPr>
      </w:pPr>
      <w:r w:rsidRPr="00092D73">
        <w:rPr>
          <w:rFonts w:ascii="Arial" w:hAnsi="Arial" w:cs="Arial"/>
        </w:rPr>
        <w:t>• If they are boys or girls</w:t>
      </w:r>
    </w:p>
    <w:p w14:paraId="017BB37B" w14:textId="77777777" w:rsidR="00F03BF3" w:rsidRPr="00092D73" w:rsidRDefault="002E61FB" w:rsidP="00CC47A1">
      <w:pPr>
        <w:spacing w:after="0"/>
        <w:rPr>
          <w:rFonts w:ascii="Arial" w:hAnsi="Arial" w:cs="Arial"/>
        </w:rPr>
      </w:pPr>
      <w:r w:rsidRPr="00092D73">
        <w:rPr>
          <w:rFonts w:ascii="Arial" w:hAnsi="Arial" w:cs="Arial"/>
        </w:rPr>
        <w:t>• If they are young or old</w:t>
      </w:r>
    </w:p>
    <w:p w14:paraId="0F896AF1" w14:textId="77777777" w:rsidR="00CC47A1" w:rsidRDefault="00CC47A1" w:rsidP="00CC47A1">
      <w:pPr>
        <w:spacing w:after="0"/>
        <w:rPr>
          <w:rFonts w:ascii="Arial" w:hAnsi="Arial" w:cs="Arial"/>
          <w:color w:val="0070C0"/>
        </w:rPr>
      </w:pPr>
    </w:p>
    <w:p w14:paraId="1E9AFCBC" w14:textId="1F07F687" w:rsidR="00F03BF3" w:rsidRPr="00CC47A1" w:rsidRDefault="002E61FB" w:rsidP="00092D73">
      <w:pPr>
        <w:rPr>
          <w:rFonts w:ascii="Arial" w:hAnsi="Arial" w:cs="Arial"/>
          <w:color w:val="0070C0"/>
        </w:rPr>
      </w:pPr>
      <w:r w:rsidRPr="00CC47A1">
        <w:rPr>
          <w:rFonts w:ascii="Arial" w:hAnsi="Arial" w:cs="Arial"/>
          <w:color w:val="0070C0"/>
        </w:rPr>
        <w:t>What does diversity mean?</w:t>
      </w:r>
    </w:p>
    <w:p w14:paraId="3ADE758D" w14:textId="77777777" w:rsidR="00F03BF3" w:rsidRPr="00092D73" w:rsidRDefault="002E61FB" w:rsidP="00092D73">
      <w:pPr>
        <w:rPr>
          <w:rFonts w:ascii="Arial" w:hAnsi="Arial" w:cs="Arial"/>
        </w:rPr>
      </w:pPr>
      <w:r w:rsidRPr="00092D73">
        <w:rPr>
          <w:rFonts w:ascii="Arial" w:hAnsi="Arial" w:cs="Arial"/>
        </w:rPr>
        <w:t>Diversity means people are different and that these differences are a good thing. We learn from each other.</w:t>
      </w:r>
    </w:p>
    <w:p w14:paraId="3E34DBBB" w14:textId="77777777" w:rsidR="00F03BF3" w:rsidRPr="00CC47A1" w:rsidRDefault="002E61FB" w:rsidP="00092D73">
      <w:pPr>
        <w:rPr>
          <w:rFonts w:ascii="Arial" w:hAnsi="Arial" w:cs="Arial"/>
          <w:color w:val="0070C0"/>
        </w:rPr>
      </w:pPr>
      <w:r w:rsidRPr="00CC47A1">
        <w:rPr>
          <w:rFonts w:ascii="Arial" w:hAnsi="Arial" w:cs="Arial"/>
          <w:color w:val="0070C0"/>
        </w:rPr>
        <w:t>How the school treats people</w:t>
      </w:r>
    </w:p>
    <w:p w14:paraId="0CDE7C91" w14:textId="77777777" w:rsidR="00F03BF3" w:rsidRPr="00092D73" w:rsidRDefault="002E61FB" w:rsidP="00CC47A1">
      <w:pPr>
        <w:spacing w:after="0"/>
        <w:rPr>
          <w:rFonts w:ascii="Arial" w:hAnsi="Arial" w:cs="Arial"/>
        </w:rPr>
      </w:pPr>
      <w:r w:rsidRPr="00092D73">
        <w:rPr>
          <w:rFonts w:ascii="Arial" w:hAnsi="Arial" w:cs="Arial"/>
        </w:rPr>
        <w:t>• Everyone is treated with kindness</w:t>
      </w:r>
    </w:p>
    <w:p w14:paraId="4E5D72CF" w14:textId="77777777" w:rsidR="00F03BF3" w:rsidRPr="00092D73" w:rsidRDefault="002E61FB" w:rsidP="00CC47A1">
      <w:pPr>
        <w:spacing w:after="0"/>
        <w:rPr>
          <w:rFonts w:ascii="Arial" w:hAnsi="Arial" w:cs="Arial"/>
        </w:rPr>
      </w:pPr>
      <w:r w:rsidRPr="00092D73">
        <w:rPr>
          <w:rFonts w:ascii="Arial" w:hAnsi="Arial" w:cs="Arial"/>
        </w:rPr>
        <w:t>• Bullying and unkind behaviour are not allowed</w:t>
      </w:r>
    </w:p>
    <w:p w14:paraId="720A4883" w14:textId="77777777" w:rsidR="00F03BF3" w:rsidRPr="00092D73" w:rsidRDefault="002E61FB" w:rsidP="00CC47A1">
      <w:pPr>
        <w:spacing w:after="0"/>
        <w:rPr>
          <w:rFonts w:ascii="Arial" w:hAnsi="Arial" w:cs="Arial"/>
        </w:rPr>
      </w:pPr>
      <w:r w:rsidRPr="00092D73">
        <w:rPr>
          <w:rFonts w:ascii="Arial" w:hAnsi="Arial" w:cs="Arial"/>
        </w:rPr>
        <w:t>• Everyone is given a fair chance to do well</w:t>
      </w:r>
    </w:p>
    <w:p w14:paraId="245D6291" w14:textId="77777777" w:rsidR="00F03BF3" w:rsidRPr="00092D73" w:rsidRDefault="002E61FB" w:rsidP="00092D73">
      <w:pPr>
        <w:rPr>
          <w:rFonts w:ascii="Arial" w:hAnsi="Arial" w:cs="Arial"/>
        </w:rPr>
      </w:pPr>
      <w:r w:rsidRPr="00092D73">
        <w:rPr>
          <w:rFonts w:ascii="Arial" w:hAnsi="Arial" w:cs="Arial"/>
        </w:rPr>
        <w:t>This includes children, parents and carers, staff, and visitors.</w:t>
      </w:r>
    </w:p>
    <w:p w14:paraId="343D7C2C" w14:textId="77777777" w:rsidR="00F03BF3" w:rsidRPr="00CC47A1" w:rsidRDefault="002E61FB" w:rsidP="00092D73">
      <w:pPr>
        <w:rPr>
          <w:rFonts w:ascii="Arial" w:hAnsi="Arial" w:cs="Arial"/>
          <w:color w:val="0070C0"/>
        </w:rPr>
      </w:pPr>
      <w:r w:rsidRPr="00CC47A1">
        <w:rPr>
          <w:rFonts w:ascii="Arial" w:hAnsi="Arial" w:cs="Arial"/>
          <w:color w:val="0070C0"/>
        </w:rPr>
        <w:t>Helping everyone do their best</w:t>
      </w:r>
    </w:p>
    <w:p w14:paraId="35D1671F" w14:textId="77777777" w:rsidR="00F03BF3" w:rsidRPr="00092D73" w:rsidRDefault="002E61FB" w:rsidP="00092D73">
      <w:pPr>
        <w:rPr>
          <w:rFonts w:ascii="Arial" w:hAnsi="Arial" w:cs="Arial"/>
        </w:rPr>
      </w:pPr>
      <w:r w:rsidRPr="00092D73">
        <w:rPr>
          <w:rFonts w:ascii="Arial" w:hAnsi="Arial" w:cs="Arial"/>
        </w:rPr>
        <w:t>The school supports people who need extra help and makes changes so everyone can join in.</w:t>
      </w:r>
    </w:p>
    <w:p w14:paraId="3B4AC9AC" w14:textId="77777777" w:rsidR="00F03BF3" w:rsidRPr="00CC47A1" w:rsidRDefault="002E61FB" w:rsidP="00092D73">
      <w:pPr>
        <w:rPr>
          <w:rFonts w:ascii="Arial" w:hAnsi="Arial" w:cs="Arial"/>
          <w:color w:val="0070C0"/>
        </w:rPr>
      </w:pPr>
      <w:r w:rsidRPr="00CC47A1">
        <w:rPr>
          <w:rFonts w:ascii="Arial" w:hAnsi="Arial" w:cs="Arial"/>
          <w:color w:val="0070C0"/>
        </w:rPr>
        <w:t>If someone is worried</w:t>
      </w:r>
    </w:p>
    <w:p w14:paraId="3F279B49" w14:textId="77777777" w:rsidR="00F03BF3" w:rsidRPr="00092D73" w:rsidRDefault="002E61FB" w:rsidP="00092D73">
      <w:pPr>
        <w:rPr>
          <w:rFonts w:ascii="Arial" w:hAnsi="Arial" w:cs="Arial"/>
        </w:rPr>
      </w:pPr>
      <w:r w:rsidRPr="00092D73">
        <w:rPr>
          <w:rFonts w:ascii="Arial" w:hAnsi="Arial" w:cs="Arial"/>
        </w:rPr>
        <w:t>Parents, carers, or staff can talk to the school or use the Complaints Policy if they feel something is unfair.</w:t>
      </w:r>
    </w:p>
    <w:p w14:paraId="701534B1" w14:textId="77777777" w:rsidR="00F03BF3" w:rsidRPr="00CC47A1" w:rsidRDefault="002E61FB" w:rsidP="00092D73">
      <w:pPr>
        <w:rPr>
          <w:rFonts w:ascii="Arial" w:hAnsi="Arial" w:cs="Arial"/>
          <w:color w:val="0070C0"/>
        </w:rPr>
      </w:pPr>
      <w:r w:rsidRPr="00CC47A1">
        <w:rPr>
          <w:rFonts w:ascii="Arial" w:hAnsi="Arial" w:cs="Arial"/>
          <w:color w:val="0070C0"/>
        </w:rPr>
        <w:t>In simple words</w:t>
      </w:r>
    </w:p>
    <w:p w14:paraId="7893531F" w14:textId="77777777" w:rsidR="00F03BF3" w:rsidRPr="00092D73" w:rsidRDefault="002E61FB" w:rsidP="00092D73">
      <w:pPr>
        <w:rPr>
          <w:rFonts w:ascii="Arial" w:hAnsi="Arial" w:cs="Arial"/>
        </w:rPr>
      </w:pPr>
      <w:r w:rsidRPr="00092D73">
        <w:rPr>
          <w:rFonts w:ascii="Arial" w:hAnsi="Arial" w:cs="Arial"/>
        </w:rPr>
        <w:t>Everyone belongs. Differences are respected. Fairness and kindness come first.</w:t>
      </w:r>
    </w:p>
    <w:sectPr w:rsidR="00F03BF3" w:rsidRPr="00092D73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18DBE" w14:textId="77777777" w:rsidR="00092D73" w:rsidRDefault="00092D73" w:rsidP="00092D73">
      <w:pPr>
        <w:spacing w:after="0" w:line="240" w:lineRule="auto"/>
      </w:pPr>
      <w:r>
        <w:separator/>
      </w:r>
    </w:p>
  </w:endnote>
  <w:endnote w:type="continuationSeparator" w:id="0">
    <w:p w14:paraId="342CAC85" w14:textId="77777777" w:rsidR="00092D73" w:rsidRDefault="00092D73" w:rsidP="00092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2EF9B" w14:textId="7792AC49" w:rsidR="00092D73" w:rsidRDefault="00092D73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0FB3B80F" wp14:editId="005A9E7A">
              <wp:simplePos x="0" y="0"/>
              <wp:positionH relativeFrom="margin">
                <wp:posOffset>-933450</wp:posOffset>
              </wp:positionH>
              <wp:positionV relativeFrom="paragraph">
                <wp:posOffset>236220</wp:posOffset>
              </wp:positionV>
              <wp:extent cx="5076825" cy="2381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68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68C13B" w14:textId="77777777" w:rsidR="00092D73" w:rsidRPr="000936C2" w:rsidRDefault="00092D73" w:rsidP="00092D73">
                          <w:pPr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  <w:t>Eastern Close, Dogsthorpe, Peterborough, PE1 4PP. 01733 568058. office@marshfields.co.uk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B3B80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73.5pt;margin-top:18.6pt;width:399.75pt;height:18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IpBExXf&#10;AAAACgEAAA8AAAAAAAAAAAAAAAAAZQQAAGRycy9kb3ducmV2LnhtbFBLBQYAAAAABAAEAPMAAABx&#10;BQAAAAA=&#10;" stroked="f">
              <v:textbox>
                <w:txbxContent>
                  <w:p w14:paraId="2568C13B" w14:textId="77777777" w:rsidR="00092D73" w:rsidRPr="000936C2" w:rsidRDefault="00092D73" w:rsidP="00092D73">
                    <w:pPr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</w:pPr>
                    <w:r w:rsidRPr="000936C2"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  <w:t>Eastern Close, Dogsthorpe, Peterborough, PE1 4PP. 01733 568058. office@marshfields.co.uk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sdt>
      <w:sdtPr>
        <w:id w:val="-110627070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sdtContent>
    </w:sdt>
  </w:p>
  <w:p w14:paraId="339A7043" w14:textId="78D6A8AA" w:rsidR="00092D73" w:rsidRDefault="00092D73">
    <w:pPr>
      <w:pStyle w:val="Footer"/>
    </w:pPr>
    <w:r w:rsidRPr="00554DAF">
      <w:rPr>
        <w:noProof/>
      </w:rPr>
      <w:drawing>
        <wp:anchor distT="0" distB="0" distL="114300" distR="114300" simplePos="0" relativeHeight="251662848" behindDoc="0" locked="0" layoutInCell="1" allowOverlap="1" wp14:anchorId="5E116A48" wp14:editId="32EF32CF">
          <wp:simplePos x="0" y="0"/>
          <wp:positionH relativeFrom="page">
            <wp:posOffset>0</wp:posOffset>
          </wp:positionH>
          <wp:positionV relativeFrom="page">
            <wp:posOffset>9902108</wp:posOffset>
          </wp:positionV>
          <wp:extent cx="7766050" cy="144227"/>
          <wp:effectExtent l="0" t="0" r="0" b="8255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0793" cy="1476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69C62E4C" wp14:editId="36ECA55B">
              <wp:simplePos x="0" y="0"/>
              <wp:positionH relativeFrom="margin">
                <wp:posOffset>4343400</wp:posOffset>
              </wp:positionH>
              <wp:positionV relativeFrom="page">
                <wp:posOffset>9532620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66EBAA4" w14:textId="77777777" w:rsidR="00092D73" w:rsidRPr="000936C2" w:rsidRDefault="00092D73" w:rsidP="00092D73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C62E4C" id="Text Box 1505302268" o:spid="_x0000_s1027" type="#_x0000_t202" style="position:absolute;margin-left:342pt;margin-top:750.6pt;width:141.7pt;height:34.4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" filled="f" stroked="f" strokeweight=".5pt">
              <v:textbox inset="0,0,0,0">
                <w:txbxContent>
                  <w:p w14:paraId="166EBAA4" w14:textId="77777777" w:rsidR="00092D73" w:rsidRPr="000936C2" w:rsidRDefault="00092D73" w:rsidP="00092D73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8CE9B" w14:textId="77777777" w:rsidR="00092D73" w:rsidRDefault="00092D73" w:rsidP="00092D73">
      <w:pPr>
        <w:spacing w:after="0" w:line="240" w:lineRule="auto"/>
      </w:pPr>
      <w:r>
        <w:separator/>
      </w:r>
    </w:p>
  </w:footnote>
  <w:footnote w:type="continuationSeparator" w:id="0">
    <w:p w14:paraId="62ACBBD5" w14:textId="77777777" w:rsidR="00092D73" w:rsidRDefault="00092D73" w:rsidP="00092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5A625" w14:textId="2EB6F521" w:rsidR="00092D73" w:rsidRPr="00E26C15" w:rsidRDefault="00092D73" w:rsidP="00092D73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</w:rPr>
      <w:drawing>
        <wp:anchor distT="0" distB="0" distL="114300" distR="114300" simplePos="0" relativeHeight="251652608" behindDoc="0" locked="0" layoutInCell="1" allowOverlap="1" wp14:anchorId="338A11AA" wp14:editId="52D4864A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42829167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Equality and Diversity Policy Summary</w:t>
    </w:r>
  </w:p>
  <w:p w14:paraId="0EE3A92B" w14:textId="338892DA" w:rsidR="00092D73" w:rsidRPr="00E26C15" w:rsidRDefault="00092D73" w:rsidP="00092D73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37552A5D" w14:textId="77777777" w:rsidR="00937D56" w:rsidRPr="00E26C15" w:rsidRDefault="00937D56" w:rsidP="00937D56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September 2025</w:t>
    </w:r>
  </w:p>
  <w:p w14:paraId="594705EE" w14:textId="03AB1A8A" w:rsidR="00937D56" w:rsidRPr="00E26C15" w:rsidRDefault="00937D56" w:rsidP="00937D56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September 202</w:t>
    </w:r>
    <w:r>
      <w:rPr>
        <w:rFonts w:ascii="Arial" w:hAnsi="Arial" w:cs="Arial"/>
        <w:noProof/>
        <w:sz w:val="18"/>
        <w:szCs w:val="18"/>
      </w:rPr>
      <w:t>9</w:t>
    </w:r>
  </w:p>
  <w:p w14:paraId="6BC9B0A1" w14:textId="315C1F5C" w:rsidR="00092D73" w:rsidRDefault="00092D73" w:rsidP="00092D73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p w14:paraId="0077C1D3" w14:textId="77777777" w:rsidR="00092D73" w:rsidRDefault="00092D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9690765">
    <w:abstractNumId w:val="8"/>
  </w:num>
  <w:num w:numId="2" w16cid:durableId="2114812643">
    <w:abstractNumId w:val="6"/>
  </w:num>
  <w:num w:numId="3" w16cid:durableId="835459473">
    <w:abstractNumId w:val="5"/>
  </w:num>
  <w:num w:numId="4" w16cid:durableId="818229542">
    <w:abstractNumId w:val="4"/>
  </w:num>
  <w:num w:numId="5" w16cid:durableId="1978754176">
    <w:abstractNumId w:val="7"/>
  </w:num>
  <w:num w:numId="6" w16cid:durableId="816649849">
    <w:abstractNumId w:val="3"/>
  </w:num>
  <w:num w:numId="7" w16cid:durableId="1227914008">
    <w:abstractNumId w:val="2"/>
  </w:num>
  <w:num w:numId="8" w16cid:durableId="581839304">
    <w:abstractNumId w:val="1"/>
  </w:num>
  <w:num w:numId="9" w16cid:durableId="545725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2D73"/>
    <w:rsid w:val="0015074B"/>
    <w:rsid w:val="0029639D"/>
    <w:rsid w:val="002E61FB"/>
    <w:rsid w:val="00326F90"/>
    <w:rsid w:val="0035703D"/>
    <w:rsid w:val="004C1D3F"/>
    <w:rsid w:val="00937D56"/>
    <w:rsid w:val="00AA1D8D"/>
    <w:rsid w:val="00B47730"/>
    <w:rsid w:val="00C6792E"/>
    <w:rsid w:val="00CB0664"/>
    <w:rsid w:val="00CC47A1"/>
    <w:rsid w:val="00E620F0"/>
    <w:rsid w:val="00F03BF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9DDA29F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3</cp:revision>
  <dcterms:created xsi:type="dcterms:W3CDTF">2026-01-27T12:17:00Z</dcterms:created>
  <dcterms:modified xsi:type="dcterms:W3CDTF">2026-01-29T14:22:00Z</dcterms:modified>
  <cp:category/>
</cp:coreProperties>
</file>