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BE58F" w14:textId="77777777" w:rsidR="008F2CD6" w:rsidRDefault="008F2CD6" w:rsidP="008F2CD6">
      <w:pPr>
        <w:pStyle w:val="Heading1"/>
        <w:spacing w:before="0"/>
        <w:rPr>
          <w:rFonts w:ascii="Arial" w:hAnsi="Arial" w:cs="Arial"/>
          <w:color w:val="0070C0"/>
        </w:rPr>
      </w:pPr>
    </w:p>
    <w:p w14:paraId="5A407249" w14:textId="6E7DFCE6" w:rsidR="006C4FF5" w:rsidRDefault="00A713DD" w:rsidP="008F2CD6">
      <w:pPr>
        <w:pStyle w:val="Heading1"/>
        <w:spacing w:before="0"/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Our School Complaints Promise</w:t>
      </w:r>
    </w:p>
    <w:p w14:paraId="0DBF0856" w14:textId="77777777" w:rsidR="008F2CD6" w:rsidRPr="008F2CD6" w:rsidRDefault="008F2CD6" w:rsidP="008F2CD6"/>
    <w:p w14:paraId="756D478A" w14:textId="77777777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At Marshfields School, we want to work closely with parents and carers.</w:t>
      </w:r>
    </w:p>
    <w:p w14:paraId="7C5E5DFC" w14:textId="77777777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If something worries you, we want to listen and help.</w:t>
      </w:r>
    </w:p>
    <w:p w14:paraId="4B487944" w14:textId="77777777" w:rsidR="006C4FF5" w:rsidRPr="008F2CD6" w:rsidRDefault="006C4FF5" w:rsidP="008F2CD6">
      <w:pPr>
        <w:rPr>
          <w:rFonts w:ascii="Arial" w:hAnsi="Arial" w:cs="Arial"/>
        </w:rPr>
      </w:pPr>
    </w:p>
    <w:p w14:paraId="3661151F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A worry or a complaint – what’s the difference?</w:t>
      </w:r>
    </w:p>
    <w:p w14:paraId="457423EC" w14:textId="77777777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• A worry is when you feel unsure and want reassurance</w:t>
      </w:r>
    </w:p>
    <w:p w14:paraId="07220BB7" w14:textId="179D4E41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• A complaint is when you feel unhappy about something that has happened</w:t>
      </w:r>
    </w:p>
    <w:p w14:paraId="40282673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Step 1: Talk to us first</w:t>
      </w:r>
    </w:p>
    <w:p w14:paraId="497C194E" w14:textId="08CFC140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Most worries can be fixed by talking to your child’s teacher, a school leader, or the Headteacher.</w:t>
      </w:r>
    </w:p>
    <w:p w14:paraId="38E392AA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If the worry is not fixed</w:t>
      </w:r>
    </w:p>
    <w:p w14:paraId="40B4AC77" w14:textId="2535591E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 xml:space="preserve">You can make a formal complaint in person, by phone, or in writing. </w:t>
      </w:r>
    </w:p>
    <w:p w14:paraId="6E492D9D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How the complaint is looked at</w:t>
      </w:r>
    </w:p>
    <w:p w14:paraId="0867DED1" w14:textId="77777777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There are three steps:</w:t>
      </w:r>
    </w:p>
    <w:p w14:paraId="13DBB84B" w14:textId="77777777" w:rsidR="006C4FF5" w:rsidRPr="008F2CD6" w:rsidRDefault="00A713DD" w:rsidP="008F2CD6">
      <w:pPr>
        <w:spacing w:after="0"/>
        <w:rPr>
          <w:rFonts w:ascii="Arial" w:hAnsi="Arial" w:cs="Arial"/>
        </w:rPr>
      </w:pPr>
      <w:r w:rsidRPr="008F2CD6">
        <w:rPr>
          <w:rFonts w:ascii="Arial" w:hAnsi="Arial" w:cs="Arial"/>
        </w:rPr>
        <w:t xml:space="preserve">1. The Headteacher </w:t>
      </w:r>
      <w:proofErr w:type="gramStart"/>
      <w:r w:rsidRPr="008F2CD6">
        <w:rPr>
          <w:rFonts w:ascii="Arial" w:hAnsi="Arial" w:cs="Arial"/>
        </w:rPr>
        <w:t>looks into</w:t>
      </w:r>
      <w:proofErr w:type="gramEnd"/>
      <w:r w:rsidRPr="008F2CD6">
        <w:rPr>
          <w:rFonts w:ascii="Arial" w:hAnsi="Arial" w:cs="Arial"/>
        </w:rPr>
        <w:t xml:space="preserve"> it</w:t>
      </w:r>
    </w:p>
    <w:p w14:paraId="6F39C9D8" w14:textId="77777777" w:rsidR="006C4FF5" w:rsidRPr="008F2CD6" w:rsidRDefault="00A713DD" w:rsidP="008F2CD6">
      <w:pPr>
        <w:spacing w:after="0"/>
        <w:rPr>
          <w:rFonts w:ascii="Arial" w:hAnsi="Arial" w:cs="Arial"/>
        </w:rPr>
      </w:pPr>
      <w:r w:rsidRPr="008F2CD6">
        <w:rPr>
          <w:rFonts w:ascii="Arial" w:hAnsi="Arial" w:cs="Arial"/>
        </w:rPr>
        <w:t>2. The Chair of Governors reviews it</w:t>
      </w:r>
    </w:p>
    <w:p w14:paraId="288AEF90" w14:textId="3565C699" w:rsidR="006C4FF5" w:rsidRDefault="00A713DD" w:rsidP="008F2CD6">
      <w:pPr>
        <w:spacing w:after="0"/>
        <w:rPr>
          <w:rFonts w:ascii="Arial" w:hAnsi="Arial" w:cs="Arial"/>
        </w:rPr>
      </w:pPr>
      <w:r w:rsidRPr="008F2CD6">
        <w:rPr>
          <w:rFonts w:ascii="Arial" w:hAnsi="Arial" w:cs="Arial"/>
        </w:rPr>
        <w:t>3. A group of governors looks at it</w:t>
      </w:r>
    </w:p>
    <w:p w14:paraId="0EDF9761" w14:textId="77777777" w:rsidR="008F2CD6" w:rsidRPr="008F2CD6" w:rsidRDefault="008F2CD6" w:rsidP="008F2CD6">
      <w:pPr>
        <w:spacing w:after="0"/>
        <w:rPr>
          <w:rFonts w:ascii="Arial" w:hAnsi="Arial" w:cs="Arial"/>
        </w:rPr>
      </w:pPr>
    </w:p>
    <w:p w14:paraId="7515421F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What the school may do</w:t>
      </w:r>
    </w:p>
    <w:p w14:paraId="6D4AE025" w14:textId="0AA89577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The school may explain what happened, fix a problem, or change something so it does not happen again.</w:t>
      </w:r>
    </w:p>
    <w:p w14:paraId="6C85EBDE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Time limits</w:t>
      </w:r>
    </w:p>
    <w:p w14:paraId="3DE75FEA" w14:textId="007AA73D" w:rsidR="006C4FF5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Complaints should usually be made within 3 months. The school will reply within clear timeframes.</w:t>
      </w:r>
    </w:p>
    <w:p w14:paraId="66F5250C" w14:textId="77777777" w:rsidR="008F2CD6" w:rsidRDefault="008F2CD6" w:rsidP="008F2CD6">
      <w:pPr>
        <w:rPr>
          <w:rFonts w:ascii="Arial" w:hAnsi="Arial" w:cs="Arial"/>
        </w:rPr>
      </w:pPr>
    </w:p>
    <w:p w14:paraId="0ED7D786" w14:textId="77777777" w:rsidR="008F2CD6" w:rsidRDefault="008F2CD6" w:rsidP="008F2CD6">
      <w:pPr>
        <w:rPr>
          <w:rFonts w:ascii="Arial" w:hAnsi="Arial" w:cs="Arial"/>
        </w:rPr>
      </w:pPr>
    </w:p>
    <w:p w14:paraId="3E514208" w14:textId="77777777" w:rsidR="008F2CD6" w:rsidRPr="008F2CD6" w:rsidRDefault="008F2CD6" w:rsidP="008F2CD6">
      <w:pPr>
        <w:rPr>
          <w:rFonts w:ascii="Arial" w:hAnsi="Arial" w:cs="Arial"/>
        </w:rPr>
      </w:pPr>
    </w:p>
    <w:p w14:paraId="3A77811D" w14:textId="77777777" w:rsidR="008F2CD6" w:rsidRDefault="008F2CD6" w:rsidP="008F2CD6">
      <w:pPr>
        <w:rPr>
          <w:rFonts w:ascii="Arial" w:hAnsi="Arial" w:cs="Arial"/>
          <w:color w:val="0070C0"/>
        </w:rPr>
      </w:pPr>
    </w:p>
    <w:p w14:paraId="70576215" w14:textId="2CCC737E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Who can complain?</w:t>
      </w:r>
    </w:p>
    <w:p w14:paraId="274B107F" w14:textId="4E5EFAE8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Parents, carers, visitors, and members of the public can raise concerns.</w:t>
      </w:r>
    </w:p>
    <w:p w14:paraId="05C498E1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Working together</w:t>
      </w:r>
    </w:p>
    <w:p w14:paraId="720B4ACA" w14:textId="7C6E7AB1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We ask everyone to be calm, respectful, and work with the school to find a solution.</w:t>
      </w:r>
    </w:p>
    <w:p w14:paraId="3641118F" w14:textId="77777777" w:rsidR="006C4FF5" w:rsidRPr="008F2CD6" w:rsidRDefault="00A713DD" w:rsidP="008F2CD6">
      <w:pPr>
        <w:rPr>
          <w:rFonts w:ascii="Arial" w:hAnsi="Arial" w:cs="Arial"/>
          <w:color w:val="0070C0"/>
        </w:rPr>
      </w:pPr>
      <w:r w:rsidRPr="008F2CD6">
        <w:rPr>
          <w:rFonts w:ascii="Arial" w:hAnsi="Arial" w:cs="Arial"/>
          <w:color w:val="0070C0"/>
        </w:rPr>
        <w:t>In simple words</w:t>
      </w:r>
    </w:p>
    <w:p w14:paraId="794B5D42" w14:textId="77777777" w:rsidR="006C4FF5" w:rsidRPr="008F2CD6" w:rsidRDefault="00A713DD" w:rsidP="008F2CD6">
      <w:pPr>
        <w:rPr>
          <w:rFonts w:ascii="Arial" w:hAnsi="Arial" w:cs="Arial"/>
        </w:rPr>
      </w:pPr>
      <w:r w:rsidRPr="008F2CD6">
        <w:rPr>
          <w:rFonts w:ascii="Arial" w:hAnsi="Arial" w:cs="Arial"/>
        </w:rPr>
        <w:t>Raising a concern at Marshfields School is safe, fair, and taken seriously. We believe problems are best solved by talking and listening.</w:t>
      </w:r>
    </w:p>
    <w:sectPr w:rsidR="006C4FF5" w:rsidRPr="008F2CD6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E96B5" w14:textId="77777777" w:rsidR="008F2CD6" w:rsidRDefault="008F2CD6" w:rsidP="008F2CD6">
      <w:pPr>
        <w:spacing w:after="0" w:line="240" w:lineRule="auto"/>
      </w:pPr>
      <w:r>
        <w:separator/>
      </w:r>
    </w:p>
  </w:endnote>
  <w:endnote w:type="continuationSeparator" w:id="0">
    <w:p w14:paraId="48789E9A" w14:textId="77777777" w:rsidR="008F2CD6" w:rsidRDefault="008F2CD6" w:rsidP="008F2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9AF71" w14:textId="77777777" w:rsidR="00E10402" w:rsidRDefault="00E104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3457854"/>
      <w:docPartObj>
        <w:docPartGallery w:val="Page Numbers (Bottom of Page)"/>
        <w:docPartUnique/>
      </w:docPartObj>
    </w:sdtPr>
    <w:sdtEndPr/>
    <w:sdtContent>
      <w:p w14:paraId="6E1D74E2" w14:textId="4C49CA39" w:rsidR="008F2CD6" w:rsidRDefault="008F2CD6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61312" behindDoc="0" locked="0" layoutInCell="1" allowOverlap="1" wp14:anchorId="089E1D5A" wp14:editId="330A8EF7">
                  <wp:simplePos x="0" y="0"/>
                  <wp:positionH relativeFrom="margin">
                    <wp:posOffset>-1076325</wp:posOffset>
                  </wp:positionH>
                  <wp:positionV relativeFrom="paragraph">
                    <wp:posOffset>228600</wp:posOffset>
                  </wp:positionV>
                  <wp:extent cx="5076825" cy="238125"/>
                  <wp:effectExtent l="0" t="0" r="9525" b="9525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41B98B" w14:textId="77777777" w:rsidR="008F2CD6" w:rsidRPr="000936C2" w:rsidRDefault="008F2CD6" w:rsidP="008F2CD6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89E1D5A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84.75pt;margin-top:18pt;width:399.75pt;height:1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HpBL3Lf&#10;AAAACgEAAA8AAAAAAAAAAAAAAAAAZQQAAGRycy9kb3ducmV2LnhtbFBLBQYAAAAABAAEAPMAAABx&#10;BQAAAAA=&#10;" stroked="f">
                  <v:textbox>
                    <w:txbxContent>
                      <w:p w14:paraId="1641B98B" w14:textId="77777777" w:rsidR="008F2CD6" w:rsidRPr="000936C2" w:rsidRDefault="008F2CD6" w:rsidP="008F2CD6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8C61E06" w14:textId="45DFBAB5" w:rsidR="008F2CD6" w:rsidRDefault="008F2CD6">
    <w:pPr>
      <w:pStyle w:val="Footer"/>
    </w:pPr>
    <w:r w:rsidRPr="00554DAF">
      <w:rPr>
        <w:noProof/>
      </w:rPr>
      <w:drawing>
        <wp:anchor distT="0" distB="0" distL="114300" distR="114300" simplePos="0" relativeHeight="251665408" behindDoc="0" locked="0" layoutInCell="1" allowOverlap="1" wp14:anchorId="237AF3C4" wp14:editId="3357B81B">
          <wp:simplePos x="0" y="0"/>
          <wp:positionH relativeFrom="page">
            <wp:posOffset>0</wp:posOffset>
          </wp:positionH>
          <wp:positionV relativeFrom="page">
            <wp:posOffset>9902108</wp:posOffset>
          </wp:positionV>
          <wp:extent cx="7766050" cy="14422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48148" cy="1494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35E653A" wp14:editId="5BB6A975">
              <wp:simplePos x="0" y="0"/>
              <wp:positionH relativeFrom="margin">
                <wp:posOffset>4238625</wp:posOffset>
              </wp:positionH>
              <wp:positionV relativeFrom="page">
                <wp:posOffset>9561195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BAEA9" w14:textId="77777777" w:rsidR="008F2CD6" w:rsidRPr="000936C2" w:rsidRDefault="008F2CD6" w:rsidP="008F2CD6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5E653A" id="Text Box 1505302268" o:spid="_x0000_s1027" type="#_x0000_t202" style="position:absolute;margin-left:333.75pt;margin-top:752.85pt;width:141.7pt;height:3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Gn+BiThAAAADQEAAA8AAAAAAAAAAAAAAAAAaQQAAGRycy9kb3ducmV2LnhtbFBLBQYAAAAABAAE&#10;APMAAAB3BQAAAAA=&#10;" filled="f" stroked="f" strokeweight=".5pt">
              <v:textbox inset="0,0,0,0">
                <w:txbxContent>
                  <w:p w14:paraId="5E7BAEA9" w14:textId="77777777" w:rsidR="008F2CD6" w:rsidRPr="000936C2" w:rsidRDefault="008F2CD6" w:rsidP="008F2CD6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D132" w14:textId="77777777" w:rsidR="00E10402" w:rsidRDefault="00E104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CEF94" w14:textId="77777777" w:rsidR="008F2CD6" w:rsidRDefault="008F2CD6" w:rsidP="008F2CD6">
      <w:pPr>
        <w:spacing w:after="0" w:line="240" w:lineRule="auto"/>
      </w:pPr>
      <w:r>
        <w:separator/>
      </w:r>
    </w:p>
  </w:footnote>
  <w:footnote w:type="continuationSeparator" w:id="0">
    <w:p w14:paraId="7758AE95" w14:textId="77777777" w:rsidR="008F2CD6" w:rsidRDefault="008F2CD6" w:rsidP="008F2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D4A37" w14:textId="77777777" w:rsidR="00E10402" w:rsidRDefault="00E104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120D" w14:textId="50CD9BFE" w:rsidR="008F2CD6" w:rsidRPr="00E26C15" w:rsidRDefault="008F2CD6" w:rsidP="008F2CD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7CB372A0" wp14:editId="0B416814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42829167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Complaints Policy Summary</w:t>
    </w:r>
  </w:p>
  <w:p w14:paraId="3C553452" w14:textId="19E9308D" w:rsidR="008F2CD6" w:rsidRPr="00E26C15" w:rsidRDefault="008F2CD6" w:rsidP="008F2CD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2BC4FF16" w14:textId="6CC14A90" w:rsidR="008F2CD6" w:rsidRPr="00E26C15" w:rsidRDefault="008F2CD6" w:rsidP="008F2CD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 w:rsidR="00E10402">
      <w:rPr>
        <w:rFonts w:ascii="Arial" w:hAnsi="Arial" w:cs="Arial"/>
        <w:noProof/>
        <w:sz w:val="18"/>
        <w:szCs w:val="18"/>
      </w:rPr>
      <w:t>September</w:t>
    </w:r>
    <w:r>
      <w:rPr>
        <w:rFonts w:ascii="Arial" w:hAnsi="Arial" w:cs="Arial"/>
        <w:noProof/>
        <w:sz w:val="18"/>
        <w:szCs w:val="18"/>
      </w:rPr>
      <w:t xml:space="preserve"> 202</w:t>
    </w:r>
    <w:r w:rsidR="00E10402">
      <w:rPr>
        <w:rFonts w:ascii="Arial" w:hAnsi="Arial" w:cs="Arial"/>
        <w:noProof/>
        <w:sz w:val="18"/>
        <w:szCs w:val="18"/>
      </w:rPr>
      <w:t>5</w:t>
    </w:r>
  </w:p>
  <w:p w14:paraId="3F7ACBE7" w14:textId="2D2F0604" w:rsidR="008F2CD6" w:rsidRPr="00E26C15" w:rsidRDefault="008F2CD6" w:rsidP="008F2CD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 w:rsidR="00E10402">
      <w:rPr>
        <w:rFonts w:ascii="Arial" w:hAnsi="Arial" w:cs="Arial"/>
        <w:noProof/>
        <w:sz w:val="18"/>
        <w:szCs w:val="18"/>
      </w:rPr>
      <w:t>September</w:t>
    </w:r>
    <w:r>
      <w:rPr>
        <w:rFonts w:ascii="Arial" w:hAnsi="Arial" w:cs="Arial"/>
        <w:noProof/>
        <w:sz w:val="18"/>
        <w:szCs w:val="18"/>
      </w:rPr>
      <w:t xml:space="preserve"> 202</w:t>
    </w:r>
    <w:r w:rsidR="00E10402">
      <w:rPr>
        <w:rFonts w:ascii="Arial" w:hAnsi="Arial" w:cs="Arial"/>
        <w:noProof/>
        <w:sz w:val="18"/>
        <w:szCs w:val="18"/>
      </w:rPr>
      <w:t>6</w:t>
    </w:r>
  </w:p>
  <w:p w14:paraId="64ED3FBF" w14:textId="1226C5F8" w:rsidR="008F2CD6" w:rsidRDefault="008F2CD6" w:rsidP="008F2CD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p w14:paraId="4DA836BA" w14:textId="77777777" w:rsidR="008F2CD6" w:rsidRDefault="008F2C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DC508" w14:textId="77777777" w:rsidR="00E10402" w:rsidRDefault="00E104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5864168">
    <w:abstractNumId w:val="8"/>
  </w:num>
  <w:num w:numId="2" w16cid:durableId="1931694046">
    <w:abstractNumId w:val="6"/>
  </w:num>
  <w:num w:numId="3" w16cid:durableId="1595475667">
    <w:abstractNumId w:val="5"/>
  </w:num>
  <w:num w:numId="4" w16cid:durableId="1341078759">
    <w:abstractNumId w:val="4"/>
  </w:num>
  <w:num w:numId="5" w16cid:durableId="314721347">
    <w:abstractNumId w:val="7"/>
  </w:num>
  <w:num w:numId="6" w16cid:durableId="766385717">
    <w:abstractNumId w:val="3"/>
  </w:num>
  <w:num w:numId="7" w16cid:durableId="967704646">
    <w:abstractNumId w:val="2"/>
  </w:num>
  <w:num w:numId="8" w16cid:durableId="1298682730">
    <w:abstractNumId w:val="1"/>
  </w:num>
  <w:num w:numId="9" w16cid:durableId="1569148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703D"/>
    <w:rsid w:val="006C4FF5"/>
    <w:rsid w:val="008F2CD6"/>
    <w:rsid w:val="00982A34"/>
    <w:rsid w:val="009F4BED"/>
    <w:rsid w:val="00A713DD"/>
    <w:rsid w:val="00AA1D8D"/>
    <w:rsid w:val="00B47730"/>
    <w:rsid w:val="00C6792E"/>
    <w:rsid w:val="00CB0664"/>
    <w:rsid w:val="00CB7E83"/>
    <w:rsid w:val="00E10402"/>
    <w:rsid w:val="00E620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6C7F3E0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2026-01-27T11:32:00Z</dcterms:created>
  <dcterms:modified xsi:type="dcterms:W3CDTF">2026-01-29T14:22:00Z</dcterms:modified>
  <cp:category/>
</cp:coreProperties>
</file>