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C4DAD" w14:textId="77777777" w:rsidR="00D91734" w:rsidRDefault="00D91734" w:rsidP="00D91734">
      <w:pPr>
        <w:pStyle w:val="Heading1"/>
        <w:spacing w:before="0"/>
        <w:rPr>
          <w:rFonts w:ascii="Arial" w:hAnsi="Arial" w:cs="Arial"/>
          <w:color w:val="0070C0"/>
        </w:rPr>
      </w:pPr>
    </w:p>
    <w:p w14:paraId="543803C4" w14:textId="165F7806" w:rsidR="007307F9" w:rsidRDefault="00D56FF9" w:rsidP="00D91734">
      <w:pPr>
        <w:pStyle w:val="Heading1"/>
        <w:spacing w:before="0"/>
        <w:rPr>
          <w:rFonts w:ascii="Arial" w:hAnsi="Arial" w:cs="Arial"/>
          <w:color w:val="0070C0"/>
        </w:rPr>
      </w:pPr>
      <w:r w:rsidRPr="00D91734">
        <w:rPr>
          <w:rFonts w:ascii="Arial" w:hAnsi="Arial" w:cs="Arial"/>
          <w:color w:val="0070C0"/>
        </w:rPr>
        <w:t>Helping Children Get Ready for the Future</w:t>
      </w:r>
    </w:p>
    <w:p w14:paraId="3935A221" w14:textId="77777777" w:rsidR="00D91734" w:rsidRPr="00D91734" w:rsidRDefault="00D91734" w:rsidP="00D91734"/>
    <w:p w14:paraId="03F54B1A" w14:textId="77777777" w:rsidR="007307F9" w:rsidRPr="00D91734" w:rsidRDefault="00D56FF9" w:rsidP="00D91734">
      <w:pPr>
        <w:rPr>
          <w:rFonts w:ascii="Arial" w:hAnsi="Arial" w:cs="Arial"/>
        </w:rPr>
      </w:pPr>
      <w:r w:rsidRPr="00D91734">
        <w:rPr>
          <w:rFonts w:ascii="Arial" w:hAnsi="Arial" w:cs="Arial"/>
        </w:rPr>
        <w:t>At Marshfields School, we help children and young people learn about jobs, colleges, training, and future choices.</w:t>
      </w:r>
    </w:p>
    <w:p w14:paraId="33E4B682" w14:textId="0C8CDB57" w:rsidR="007307F9" w:rsidRDefault="00D56FF9" w:rsidP="00D91734">
      <w:pPr>
        <w:spacing w:after="0"/>
        <w:rPr>
          <w:rFonts w:ascii="Arial" w:hAnsi="Arial" w:cs="Arial"/>
        </w:rPr>
      </w:pPr>
      <w:r w:rsidRPr="00D91734">
        <w:rPr>
          <w:rFonts w:ascii="Arial" w:hAnsi="Arial" w:cs="Arial"/>
        </w:rPr>
        <w:t xml:space="preserve">This is called </w:t>
      </w:r>
      <w:r w:rsidR="004D0CEE" w:rsidRPr="00D91734">
        <w:rPr>
          <w:rFonts w:ascii="Arial" w:hAnsi="Arial" w:cs="Arial"/>
        </w:rPr>
        <w:t>C</w:t>
      </w:r>
      <w:r w:rsidRPr="00D91734">
        <w:rPr>
          <w:rFonts w:ascii="Arial" w:hAnsi="Arial" w:cs="Arial"/>
        </w:rPr>
        <w:t xml:space="preserve">areers </w:t>
      </w:r>
      <w:r w:rsidR="004D0CEE" w:rsidRPr="00D91734">
        <w:rPr>
          <w:rFonts w:ascii="Arial" w:hAnsi="Arial" w:cs="Arial"/>
        </w:rPr>
        <w:t>Education</w:t>
      </w:r>
      <w:r w:rsidRPr="00D91734">
        <w:rPr>
          <w:rFonts w:ascii="Arial" w:hAnsi="Arial" w:cs="Arial"/>
        </w:rPr>
        <w:t>.</w:t>
      </w:r>
    </w:p>
    <w:p w14:paraId="49537347" w14:textId="77777777" w:rsidR="00D91734" w:rsidRPr="00D91734" w:rsidRDefault="00D91734" w:rsidP="00D91734">
      <w:pPr>
        <w:spacing w:after="0"/>
        <w:rPr>
          <w:rFonts w:ascii="Arial" w:hAnsi="Arial" w:cs="Arial"/>
        </w:rPr>
      </w:pPr>
    </w:p>
    <w:p w14:paraId="683A6E31" w14:textId="58027392" w:rsidR="007307F9" w:rsidRPr="00D91734" w:rsidRDefault="00D56FF9" w:rsidP="00D91734">
      <w:pPr>
        <w:spacing w:after="0"/>
        <w:rPr>
          <w:rFonts w:ascii="Arial" w:hAnsi="Arial" w:cs="Arial"/>
          <w:color w:val="0070C0"/>
        </w:rPr>
      </w:pPr>
      <w:r w:rsidRPr="00D91734">
        <w:rPr>
          <w:rFonts w:ascii="Arial" w:hAnsi="Arial" w:cs="Arial"/>
          <w:color w:val="0070C0"/>
        </w:rPr>
        <w:t xml:space="preserve">What </w:t>
      </w:r>
      <w:r w:rsidR="004D0CEE" w:rsidRPr="00D91734">
        <w:rPr>
          <w:rFonts w:ascii="Arial" w:hAnsi="Arial" w:cs="Arial"/>
          <w:color w:val="0070C0"/>
        </w:rPr>
        <w:t>C</w:t>
      </w:r>
      <w:r w:rsidRPr="00D91734">
        <w:rPr>
          <w:rFonts w:ascii="Arial" w:hAnsi="Arial" w:cs="Arial"/>
          <w:color w:val="0070C0"/>
        </w:rPr>
        <w:t xml:space="preserve">areers </w:t>
      </w:r>
      <w:r w:rsidR="004D0CEE" w:rsidRPr="00D91734">
        <w:rPr>
          <w:rFonts w:ascii="Arial" w:hAnsi="Arial" w:cs="Arial"/>
          <w:color w:val="0070C0"/>
        </w:rPr>
        <w:t>Education</w:t>
      </w:r>
      <w:r w:rsidRPr="00D91734">
        <w:rPr>
          <w:rFonts w:ascii="Arial" w:hAnsi="Arial" w:cs="Arial"/>
          <w:color w:val="0070C0"/>
        </w:rPr>
        <w:t xml:space="preserve"> means</w:t>
      </w:r>
    </w:p>
    <w:p w14:paraId="017A8F55" w14:textId="12C744E4" w:rsidR="007307F9" w:rsidRDefault="00D56FF9" w:rsidP="00D91734">
      <w:pPr>
        <w:spacing w:after="0"/>
        <w:rPr>
          <w:rFonts w:ascii="Arial" w:hAnsi="Arial" w:cs="Arial"/>
        </w:rPr>
      </w:pPr>
      <w:r w:rsidRPr="00D91734">
        <w:rPr>
          <w:rFonts w:ascii="Arial" w:hAnsi="Arial" w:cs="Arial"/>
        </w:rPr>
        <w:t xml:space="preserve">Careers </w:t>
      </w:r>
      <w:r w:rsidR="004D0CEE" w:rsidRPr="00D91734">
        <w:rPr>
          <w:rFonts w:ascii="Arial" w:hAnsi="Arial" w:cs="Arial"/>
        </w:rPr>
        <w:t>Education</w:t>
      </w:r>
      <w:r w:rsidRPr="00D91734">
        <w:rPr>
          <w:rFonts w:ascii="Arial" w:hAnsi="Arial" w:cs="Arial"/>
        </w:rPr>
        <w:t xml:space="preserve"> helps children learn about different jobs, find out what they are good at, think about their future, and feel confident about next steps.</w:t>
      </w:r>
    </w:p>
    <w:p w14:paraId="6D0C10F9" w14:textId="77777777" w:rsidR="00D91734" w:rsidRPr="00D91734" w:rsidRDefault="00D91734" w:rsidP="00D91734">
      <w:pPr>
        <w:spacing w:after="0"/>
        <w:rPr>
          <w:rFonts w:ascii="Arial" w:hAnsi="Arial" w:cs="Arial"/>
        </w:rPr>
      </w:pPr>
    </w:p>
    <w:p w14:paraId="55D965C0" w14:textId="1F95302C" w:rsidR="007307F9" w:rsidRPr="00D91734" w:rsidRDefault="00D56FF9" w:rsidP="00D91734">
      <w:pPr>
        <w:spacing w:after="0"/>
        <w:rPr>
          <w:rFonts w:ascii="Arial" w:hAnsi="Arial" w:cs="Arial"/>
          <w:color w:val="0070C0"/>
        </w:rPr>
      </w:pPr>
      <w:r w:rsidRPr="00D91734">
        <w:rPr>
          <w:rFonts w:ascii="Arial" w:hAnsi="Arial" w:cs="Arial"/>
          <w:color w:val="0070C0"/>
        </w:rPr>
        <w:t xml:space="preserve">Who gets </w:t>
      </w:r>
      <w:r w:rsidR="004D0CEE" w:rsidRPr="00D91734">
        <w:rPr>
          <w:rFonts w:ascii="Arial" w:hAnsi="Arial" w:cs="Arial"/>
          <w:color w:val="0070C0"/>
        </w:rPr>
        <w:t>C</w:t>
      </w:r>
      <w:r w:rsidRPr="00D91734">
        <w:rPr>
          <w:rFonts w:ascii="Arial" w:hAnsi="Arial" w:cs="Arial"/>
          <w:color w:val="0070C0"/>
        </w:rPr>
        <w:t xml:space="preserve">areers </w:t>
      </w:r>
      <w:r w:rsidR="004D0CEE" w:rsidRPr="00D91734">
        <w:rPr>
          <w:rFonts w:ascii="Arial" w:hAnsi="Arial" w:cs="Arial"/>
          <w:color w:val="0070C0"/>
        </w:rPr>
        <w:t>Education</w:t>
      </w:r>
      <w:r w:rsidRPr="00D91734">
        <w:rPr>
          <w:rFonts w:ascii="Arial" w:hAnsi="Arial" w:cs="Arial"/>
          <w:color w:val="0070C0"/>
        </w:rPr>
        <w:t>?</w:t>
      </w:r>
    </w:p>
    <w:p w14:paraId="43FBFEED" w14:textId="63AD6F50" w:rsidR="00D91734" w:rsidRPr="00D91734" w:rsidRDefault="00D56FF9" w:rsidP="00D91734">
      <w:pPr>
        <w:rPr>
          <w:rFonts w:ascii="Arial" w:hAnsi="Arial" w:cs="Arial"/>
        </w:rPr>
      </w:pPr>
      <w:r w:rsidRPr="00D91734">
        <w:rPr>
          <w:rFonts w:ascii="Arial" w:hAnsi="Arial" w:cs="Arial"/>
        </w:rPr>
        <w:t>All students from Year 3 to Year 13 receive careers support.</w:t>
      </w:r>
    </w:p>
    <w:p w14:paraId="6C4E1714" w14:textId="77777777" w:rsidR="007307F9" w:rsidRPr="00D91734" w:rsidRDefault="00D56FF9" w:rsidP="00D91734">
      <w:pPr>
        <w:spacing w:after="0"/>
        <w:rPr>
          <w:rFonts w:ascii="Arial" w:hAnsi="Arial" w:cs="Arial"/>
          <w:color w:val="0070C0"/>
        </w:rPr>
      </w:pPr>
      <w:r w:rsidRPr="00D91734">
        <w:rPr>
          <w:rFonts w:ascii="Arial" w:hAnsi="Arial" w:cs="Arial"/>
          <w:color w:val="0070C0"/>
        </w:rPr>
        <w:t>What children will experience</w:t>
      </w:r>
    </w:p>
    <w:p w14:paraId="0AD83E26" w14:textId="0F944DF2" w:rsidR="007307F9" w:rsidRPr="00D91734" w:rsidRDefault="00D56FF9" w:rsidP="00D91734">
      <w:pPr>
        <w:spacing w:after="0"/>
        <w:rPr>
          <w:rFonts w:ascii="Arial" w:hAnsi="Arial" w:cs="Arial"/>
        </w:rPr>
      </w:pPr>
      <w:r w:rsidRPr="00D91734">
        <w:rPr>
          <w:rFonts w:ascii="Arial" w:hAnsi="Arial" w:cs="Arial"/>
        </w:rPr>
        <w:t>• Learning about different jobs and careers</w:t>
      </w:r>
      <w:r w:rsidR="00D91734">
        <w:rPr>
          <w:rFonts w:ascii="Arial" w:hAnsi="Arial" w:cs="Arial"/>
        </w:rPr>
        <w:t>.</w:t>
      </w:r>
    </w:p>
    <w:p w14:paraId="24D4F03A" w14:textId="477EF662" w:rsidR="007307F9" w:rsidRPr="00D91734" w:rsidRDefault="00D56FF9" w:rsidP="00D91734">
      <w:pPr>
        <w:spacing w:after="0"/>
        <w:rPr>
          <w:rFonts w:ascii="Arial" w:hAnsi="Arial" w:cs="Arial"/>
        </w:rPr>
      </w:pPr>
      <w:r w:rsidRPr="00D91734">
        <w:rPr>
          <w:rFonts w:ascii="Arial" w:hAnsi="Arial" w:cs="Arial"/>
        </w:rPr>
        <w:t>• Hearing from colleges, training providers, and employers</w:t>
      </w:r>
      <w:r w:rsidR="00D91734">
        <w:rPr>
          <w:rFonts w:ascii="Arial" w:hAnsi="Arial" w:cs="Arial"/>
        </w:rPr>
        <w:t>.</w:t>
      </w:r>
    </w:p>
    <w:p w14:paraId="1810B24C" w14:textId="6CBEF3A7" w:rsidR="007307F9" w:rsidRPr="00D91734" w:rsidRDefault="00D56FF9" w:rsidP="00D91734">
      <w:pPr>
        <w:spacing w:after="0"/>
        <w:rPr>
          <w:rFonts w:ascii="Arial" w:hAnsi="Arial" w:cs="Arial"/>
        </w:rPr>
      </w:pPr>
      <w:r w:rsidRPr="00D91734">
        <w:rPr>
          <w:rFonts w:ascii="Arial" w:hAnsi="Arial" w:cs="Arial"/>
        </w:rPr>
        <w:t>• Taking part in careers events and talks</w:t>
      </w:r>
      <w:r w:rsidR="00D91734">
        <w:rPr>
          <w:rFonts w:ascii="Arial" w:hAnsi="Arial" w:cs="Arial"/>
        </w:rPr>
        <w:t>.</w:t>
      </w:r>
    </w:p>
    <w:p w14:paraId="0C2AC164" w14:textId="749636A4" w:rsidR="007307F9" w:rsidRDefault="00D56FF9" w:rsidP="00D91734">
      <w:pPr>
        <w:spacing w:after="0"/>
        <w:rPr>
          <w:rFonts w:ascii="Arial" w:hAnsi="Arial" w:cs="Arial"/>
        </w:rPr>
      </w:pPr>
      <w:r w:rsidRPr="00D91734">
        <w:rPr>
          <w:rFonts w:ascii="Arial" w:hAnsi="Arial" w:cs="Arial"/>
        </w:rPr>
        <w:t>• Work experience for older students</w:t>
      </w:r>
      <w:r w:rsidR="00D91734">
        <w:rPr>
          <w:rFonts w:ascii="Arial" w:hAnsi="Arial" w:cs="Arial"/>
        </w:rPr>
        <w:t>.</w:t>
      </w:r>
    </w:p>
    <w:p w14:paraId="19582430" w14:textId="77777777" w:rsidR="00D91734" w:rsidRPr="00D91734" w:rsidRDefault="00D91734" w:rsidP="00D91734">
      <w:pPr>
        <w:spacing w:after="0"/>
        <w:rPr>
          <w:rFonts w:ascii="Arial" w:hAnsi="Arial" w:cs="Arial"/>
        </w:rPr>
      </w:pPr>
    </w:p>
    <w:p w14:paraId="5F49E2D5" w14:textId="77777777" w:rsidR="007307F9" w:rsidRPr="00D91734" w:rsidRDefault="00D56FF9" w:rsidP="00D91734">
      <w:pPr>
        <w:spacing w:after="0"/>
        <w:rPr>
          <w:rFonts w:ascii="Arial" w:hAnsi="Arial" w:cs="Arial"/>
          <w:color w:val="0070C0"/>
        </w:rPr>
      </w:pPr>
      <w:r w:rsidRPr="00D91734">
        <w:rPr>
          <w:rFonts w:ascii="Arial" w:hAnsi="Arial" w:cs="Arial"/>
          <w:color w:val="0070C0"/>
        </w:rPr>
        <w:t>Extra help for older students</w:t>
      </w:r>
    </w:p>
    <w:p w14:paraId="1B8A0C79" w14:textId="44EE6871" w:rsidR="007307F9" w:rsidRDefault="00D56FF9" w:rsidP="00D91734">
      <w:pPr>
        <w:spacing w:after="0"/>
        <w:rPr>
          <w:rFonts w:ascii="Arial" w:hAnsi="Arial" w:cs="Arial"/>
        </w:rPr>
      </w:pPr>
      <w:r w:rsidRPr="00D91734">
        <w:rPr>
          <w:rFonts w:ascii="Arial" w:hAnsi="Arial" w:cs="Arial"/>
        </w:rPr>
        <w:t>Older students receive one-to-one careers meetings and help with college or training applications.</w:t>
      </w:r>
    </w:p>
    <w:p w14:paraId="3A09FAAE" w14:textId="77777777" w:rsidR="00D91734" w:rsidRPr="00D91734" w:rsidRDefault="00D91734" w:rsidP="00D91734">
      <w:pPr>
        <w:spacing w:after="0"/>
        <w:rPr>
          <w:rFonts w:ascii="Arial" w:hAnsi="Arial" w:cs="Arial"/>
        </w:rPr>
      </w:pPr>
    </w:p>
    <w:p w14:paraId="1A0D473D" w14:textId="77777777" w:rsidR="007307F9" w:rsidRPr="00D91734" w:rsidRDefault="00D56FF9" w:rsidP="00D91734">
      <w:pPr>
        <w:spacing w:after="0"/>
        <w:rPr>
          <w:rFonts w:ascii="Arial" w:hAnsi="Arial" w:cs="Arial"/>
          <w:color w:val="0070C0"/>
        </w:rPr>
      </w:pPr>
      <w:r w:rsidRPr="00D91734">
        <w:rPr>
          <w:rFonts w:ascii="Arial" w:hAnsi="Arial" w:cs="Arial"/>
          <w:color w:val="0070C0"/>
        </w:rPr>
        <w:t>Working with parents and carers</w:t>
      </w:r>
    </w:p>
    <w:p w14:paraId="6E8AAE35" w14:textId="09298C2C" w:rsidR="007307F9" w:rsidRDefault="00D56FF9" w:rsidP="00D91734">
      <w:pPr>
        <w:spacing w:after="0"/>
        <w:rPr>
          <w:rFonts w:ascii="Arial" w:hAnsi="Arial" w:cs="Arial"/>
        </w:rPr>
      </w:pPr>
      <w:r w:rsidRPr="00D91734">
        <w:rPr>
          <w:rFonts w:ascii="Arial" w:hAnsi="Arial" w:cs="Arial"/>
        </w:rPr>
        <w:t>The school works closely with parents and carers and shares information about careers events and next steps.</w:t>
      </w:r>
    </w:p>
    <w:p w14:paraId="34B6E82C" w14:textId="77777777" w:rsidR="00D91734" w:rsidRPr="00D91734" w:rsidRDefault="00D91734" w:rsidP="00D91734">
      <w:pPr>
        <w:spacing w:after="0"/>
        <w:rPr>
          <w:rFonts w:ascii="Arial" w:hAnsi="Arial" w:cs="Arial"/>
        </w:rPr>
      </w:pPr>
    </w:p>
    <w:p w14:paraId="594A15C6" w14:textId="77777777" w:rsidR="007307F9" w:rsidRPr="00D91734" w:rsidRDefault="00D56FF9" w:rsidP="00D91734">
      <w:pPr>
        <w:spacing w:after="0"/>
        <w:rPr>
          <w:rFonts w:ascii="Arial" w:hAnsi="Arial" w:cs="Arial"/>
          <w:color w:val="0070C0"/>
        </w:rPr>
      </w:pPr>
      <w:r w:rsidRPr="00D91734">
        <w:rPr>
          <w:rFonts w:ascii="Arial" w:hAnsi="Arial" w:cs="Arial"/>
          <w:color w:val="0070C0"/>
        </w:rPr>
        <w:t>Visitors to school</w:t>
      </w:r>
    </w:p>
    <w:p w14:paraId="40932A69" w14:textId="19F334A6" w:rsidR="007307F9" w:rsidRDefault="00D56FF9" w:rsidP="00D91734">
      <w:pPr>
        <w:spacing w:after="0"/>
        <w:rPr>
          <w:rFonts w:ascii="Arial" w:hAnsi="Arial" w:cs="Arial"/>
        </w:rPr>
      </w:pPr>
      <w:r w:rsidRPr="00D91734">
        <w:rPr>
          <w:rFonts w:ascii="Arial" w:hAnsi="Arial" w:cs="Arial"/>
        </w:rPr>
        <w:t>Colleges, training providers, and employers visit school to talk about opportunities and answer questions.</w:t>
      </w:r>
    </w:p>
    <w:p w14:paraId="56CA3DA3" w14:textId="77777777" w:rsidR="00D91734" w:rsidRPr="00D91734" w:rsidRDefault="00D91734" w:rsidP="00D91734">
      <w:pPr>
        <w:spacing w:after="0"/>
        <w:rPr>
          <w:rFonts w:ascii="Arial" w:hAnsi="Arial" w:cs="Arial"/>
        </w:rPr>
      </w:pPr>
    </w:p>
    <w:p w14:paraId="68CEE2EC" w14:textId="77777777" w:rsidR="007307F9" w:rsidRPr="00D91734" w:rsidRDefault="00D56FF9" w:rsidP="00D91734">
      <w:pPr>
        <w:spacing w:after="0"/>
        <w:rPr>
          <w:rFonts w:ascii="Arial" w:hAnsi="Arial" w:cs="Arial"/>
          <w:color w:val="0070C0"/>
        </w:rPr>
      </w:pPr>
      <w:r w:rsidRPr="00D91734">
        <w:rPr>
          <w:rFonts w:ascii="Arial" w:hAnsi="Arial" w:cs="Arial"/>
          <w:color w:val="0070C0"/>
        </w:rPr>
        <w:t>Fairness and inclusion</w:t>
      </w:r>
    </w:p>
    <w:p w14:paraId="63E45D56" w14:textId="77777777" w:rsidR="007307F9" w:rsidRPr="00D91734" w:rsidRDefault="00D56FF9" w:rsidP="00D91734">
      <w:pPr>
        <w:spacing w:after="0"/>
        <w:rPr>
          <w:rFonts w:ascii="Arial" w:hAnsi="Arial" w:cs="Arial"/>
        </w:rPr>
      </w:pPr>
      <w:r w:rsidRPr="00D91734">
        <w:rPr>
          <w:rFonts w:ascii="Arial" w:hAnsi="Arial" w:cs="Arial"/>
        </w:rPr>
        <w:t>All children are supported in a way that matches their needs so everyone has the same chances.</w:t>
      </w:r>
    </w:p>
    <w:p w14:paraId="4ADD91C5" w14:textId="77777777" w:rsidR="007307F9" w:rsidRPr="00D91734" w:rsidRDefault="007307F9" w:rsidP="00D91734">
      <w:pPr>
        <w:spacing w:after="0"/>
        <w:rPr>
          <w:rFonts w:ascii="Arial" w:hAnsi="Arial" w:cs="Arial"/>
        </w:rPr>
      </w:pPr>
    </w:p>
    <w:p w14:paraId="312E1121" w14:textId="77777777" w:rsidR="007307F9" w:rsidRPr="00D91734" w:rsidRDefault="00D56FF9" w:rsidP="00D91734">
      <w:pPr>
        <w:spacing w:after="0"/>
        <w:rPr>
          <w:rFonts w:ascii="Arial" w:hAnsi="Arial" w:cs="Arial"/>
          <w:color w:val="0070C0"/>
        </w:rPr>
      </w:pPr>
      <w:r w:rsidRPr="00D91734">
        <w:rPr>
          <w:rFonts w:ascii="Arial" w:hAnsi="Arial" w:cs="Arial"/>
          <w:color w:val="0070C0"/>
        </w:rPr>
        <w:t>In simple words</w:t>
      </w:r>
    </w:p>
    <w:p w14:paraId="4F53DB4E" w14:textId="77777777" w:rsidR="007307F9" w:rsidRPr="00D91734" w:rsidRDefault="00D56FF9" w:rsidP="00D91734">
      <w:pPr>
        <w:spacing w:after="0"/>
        <w:rPr>
          <w:rFonts w:ascii="Arial" w:hAnsi="Arial" w:cs="Arial"/>
        </w:rPr>
      </w:pPr>
      <w:r w:rsidRPr="00D91734">
        <w:rPr>
          <w:rFonts w:ascii="Arial" w:hAnsi="Arial" w:cs="Arial"/>
        </w:rPr>
        <w:t>Children learn about jobs and the future. Help is given at every stage so every child can succeed.</w:t>
      </w:r>
    </w:p>
    <w:sectPr w:rsidR="007307F9" w:rsidRPr="00D91734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5746D" w14:textId="77777777" w:rsidR="00D91734" w:rsidRDefault="00D91734" w:rsidP="00D91734">
      <w:pPr>
        <w:spacing w:after="0" w:line="240" w:lineRule="auto"/>
      </w:pPr>
      <w:r>
        <w:separator/>
      </w:r>
    </w:p>
  </w:endnote>
  <w:endnote w:type="continuationSeparator" w:id="0">
    <w:p w14:paraId="274D2A9D" w14:textId="77777777" w:rsidR="00D91734" w:rsidRDefault="00D91734" w:rsidP="00D91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CF855" w14:textId="77777777" w:rsidR="00B93B82" w:rsidRDefault="00B93B8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52437" w14:textId="173AAB84" w:rsidR="00D91734" w:rsidRDefault="00D91734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B30035B" wp14:editId="20890AB3">
              <wp:simplePos x="0" y="0"/>
              <wp:positionH relativeFrom="margin">
                <wp:posOffset>-885825</wp:posOffset>
              </wp:positionH>
              <wp:positionV relativeFrom="paragraph">
                <wp:posOffset>264795</wp:posOffset>
              </wp:positionV>
              <wp:extent cx="5076825" cy="238125"/>
              <wp:effectExtent l="0" t="0" r="9525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6825" cy="238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F64A0A4" w14:textId="77777777" w:rsidR="00D91734" w:rsidRPr="000936C2" w:rsidRDefault="00D91734" w:rsidP="00D91734">
                          <w:pPr>
                            <w:rPr>
                              <w:rFonts w:ascii="Arial" w:hAnsi="Arial" w:cs="Arial"/>
                              <w:color w:val="0070C0"/>
                              <w:sz w:val="18"/>
                              <w:szCs w:val="18"/>
                            </w:rPr>
                          </w:pPr>
                          <w:r w:rsidRPr="000936C2">
                            <w:rPr>
                              <w:rFonts w:ascii="Arial" w:hAnsi="Arial" w:cs="Arial"/>
                              <w:color w:val="0070C0"/>
                              <w:sz w:val="18"/>
                              <w:szCs w:val="18"/>
                            </w:rPr>
                            <w:t>Eastern Close, Dogsthorpe, Peterborough, PE1 4PP. 01733 568058. office@marshfields.co.uk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30035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69.75pt;margin-top:20.85pt;width:399.75pt;height:18.7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" stroked="f">
              <v:textbox>
                <w:txbxContent>
                  <w:p w14:paraId="4F64A0A4" w14:textId="77777777" w:rsidR="00D91734" w:rsidRPr="000936C2" w:rsidRDefault="00D91734" w:rsidP="00D91734">
                    <w:pPr>
                      <w:rPr>
                        <w:rFonts w:ascii="Arial" w:hAnsi="Arial" w:cs="Arial"/>
                        <w:color w:val="0070C0"/>
                        <w:sz w:val="18"/>
                        <w:szCs w:val="18"/>
                      </w:rPr>
                    </w:pPr>
                    <w:r w:rsidRPr="000936C2">
                      <w:rPr>
                        <w:rFonts w:ascii="Arial" w:hAnsi="Arial" w:cs="Arial"/>
                        <w:color w:val="0070C0"/>
                        <w:sz w:val="18"/>
                        <w:szCs w:val="18"/>
                      </w:rPr>
                      <w:t>Eastern Close, Dogsthorpe, Peterborough, PE1 4PP. 01733 568058. office@marshfields.co.uk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sdt>
      <w:sdtPr>
        <w:id w:val="1045795237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sdtContent>
    </w:sdt>
  </w:p>
  <w:p w14:paraId="491DD3FC" w14:textId="5701D384" w:rsidR="00D91734" w:rsidRDefault="00D91734">
    <w:pPr>
      <w:pStyle w:val="Footer"/>
    </w:pPr>
    <w:r w:rsidRPr="00554DAF">
      <w:rPr>
        <w:noProof/>
      </w:rPr>
      <w:drawing>
        <wp:anchor distT="0" distB="0" distL="114300" distR="114300" simplePos="0" relativeHeight="251662336" behindDoc="0" locked="0" layoutInCell="1" allowOverlap="1" wp14:anchorId="7C1C5B85" wp14:editId="40466992">
          <wp:simplePos x="0" y="0"/>
          <wp:positionH relativeFrom="page">
            <wp:posOffset>0</wp:posOffset>
          </wp:positionH>
          <wp:positionV relativeFrom="page">
            <wp:posOffset>9902108</wp:posOffset>
          </wp:positionV>
          <wp:extent cx="7766050" cy="144227"/>
          <wp:effectExtent l="0" t="0" r="0" b="8255"/>
          <wp:wrapNone/>
          <wp:docPr id="177892346" name="Picture 1778923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Marshfields-strip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16993" cy="1544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637027A" wp14:editId="6522D092">
              <wp:simplePos x="0" y="0"/>
              <wp:positionH relativeFrom="margin">
                <wp:posOffset>4400550</wp:posOffset>
              </wp:positionH>
              <wp:positionV relativeFrom="page">
                <wp:posOffset>9580245</wp:posOffset>
              </wp:positionV>
              <wp:extent cx="1799640" cy="436880"/>
              <wp:effectExtent l="0" t="0" r="10160" b="1270"/>
              <wp:wrapTopAndBottom/>
              <wp:docPr id="1505302268" name="Text Box 150530226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9640" cy="4368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587AE3E" w14:textId="77777777" w:rsidR="00D91734" w:rsidRPr="000936C2" w:rsidRDefault="00D91734" w:rsidP="00D91734">
                          <w:pPr>
                            <w:spacing w:line="240" w:lineRule="exact"/>
                            <w:jc w:val="right"/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</w:pPr>
                          <w:r w:rsidRPr="000936C2">
                            <w:rPr>
                              <w:rFonts w:ascii="Arial" w:hAnsi="Arial" w:cs="Arial"/>
                              <w:b/>
                              <w:bCs/>
                              <w:color w:val="2175A8"/>
                              <w:spacing w:val="-4"/>
                              <w:sz w:val="28"/>
                              <w:szCs w:val="28"/>
                            </w:rPr>
                            <w:t>marshfields.co.uk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637027A" id="Text Box 1505302268" o:spid="_x0000_s1027" type="#_x0000_t202" style="position:absolute;margin-left:346.5pt;margin-top:754.35pt;width:141.7pt;height:34.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" filled="f" stroked="f" strokeweight=".5pt">
              <v:textbox inset="0,0,0,0">
                <w:txbxContent>
                  <w:p w14:paraId="5587AE3E" w14:textId="77777777" w:rsidR="00D91734" w:rsidRPr="000936C2" w:rsidRDefault="00D91734" w:rsidP="00D91734">
                    <w:pPr>
                      <w:spacing w:line="240" w:lineRule="exact"/>
                      <w:jc w:val="right"/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</w:pPr>
                    <w:r w:rsidRPr="000936C2">
                      <w:rPr>
                        <w:rFonts w:ascii="Arial" w:hAnsi="Arial" w:cs="Arial"/>
                        <w:b/>
                        <w:bCs/>
                        <w:color w:val="2175A8"/>
                        <w:spacing w:val="-4"/>
                        <w:sz w:val="28"/>
                        <w:szCs w:val="28"/>
                      </w:rPr>
                      <w:t>marshfields.co.uk</w:t>
                    </w:r>
                  </w:p>
                </w:txbxContent>
              </v:textbox>
              <w10:wrap type="topAndBottom" anchorx="margin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D1645" w14:textId="77777777" w:rsidR="00B93B82" w:rsidRDefault="00B93B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007C9" w14:textId="77777777" w:rsidR="00D91734" w:rsidRDefault="00D91734" w:rsidP="00D91734">
      <w:pPr>
        <w:spacing w:after="0" w:line="240" w:lineRule="auto"/>
      </w:pPr>
      <w:r>
        <w:separator/>
      </w:r>
    </w:p>
  </w:footnote>
  <w:footnote w:type="continuationSeparator" w:id="0">
    <w:p w14:paraId="7E31D8BF" w14:textId="77777777" w:rsidR="00D91734" w:rsidRDefault="00D91734" w:rsidP="00D917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E24D5" w14:textId="77777777" w:rsidR="00B93B82" w:rsidRDefault="00B93B8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53DA4" w14:textId="4AC319A6" w:rsidR="00D91734" w:rsidRPr="00E26C15" w:rsidRDefault="00D91734" w:rsidP="00D91734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</w:rPr>
      <w:drawing>
        <wp:anchor distT="0" distB="0" distL="114300" distR="114300" simplePos="0" relativeHeight="251653120" behindDoc="0" locked="0" layoutInCell="1" allowOverlap="1" wp14:anchorId="2F24FBF1" wp14:editId="7B77F38C">
          <wp:simplePos x="0" y="0"/>
          <wp:positionH relativeFrom="column">
            <wp:posOffset>-701040</wp:posOffset>
          </wp:positionH>
          <wp:positionV relativeFrom="paragraph">
            <wp:posOffset>-133350</wp:posOffset>
          </wp:positionV>
          <wp:extent cx="2466975" cy="838200"/>
          <wp:effectExtent l="0" t="0" r="9525" b="0"/>
          <wp:wrapNone/>
          <wp:docPr id="1428291675" name="Picture 1" descr="A black and blu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6620179" name="Picture 1" descr="A black and blue text on a white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6975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6C15">
      <w:rPr>
        <w:rFonts w:ascii="Arial" w:hAnsi="Arial" w:cs="Arial"/>
        <w:noProof/>
        <w:sz w:val="18"/>
        <w:szCs w:val="18"/>
      </w:rPr>
      <w:t xml:space="preserve">Document Name: </w:t>
    </w:r>
    <w:r>
      <w:rPr>
        <w:rFonts w:ascii="Arial" w:hAnsi="Arial" w:cs="Arial"/>
        <w:noProof/>
        <w:sz w:val="18"/>
        <w:szCs w:val="18"/>
      </w:rPr>
      <w:t>Careers and Provider Access Policy Summary</w:t>
    </w:r>
  </w:p>
  <w:p w14:paraId="396A8E7A" w14:textId="0ACF2AB9" w:rsidR="00D91734" w:rsidRPr="00E26C15" w:rsidRDefault="00D91734" w:rsidP="00D91734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Author: </w:t>
    </w:r>
    <w:r>
      <w:rPr>
        <w:rFonts w:ascii="Arial" w:hAnsi="Arial" w:cs="Arial"/>
        <w:noProof/>
        <w:sz w:val="18"/>
        <w:szCs w:val="18"/>
      </w:rPr>
      <w:t>Ian Graham</w:t>
    </w:r>
  </w:p>
  <w:p w14:paraId="47E8A640" w14:textId="6A51D6A1" w:rsidR="00D91734" w:rsidRPr="00E26C15" w:rsidRDefault="00D91734" w:rsidP="00D91734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Last reviewed: </w:t>
    </w:r>
    <w:r w:rsidR="00B93B82">
      <w:rPr>
        <w:rFonts w:ascii="Arial" w:hAnsi="Arial" w:cs="Arial"/>
        <w:noProof/>
        <w:sz w:val="18"/>
        <w:szCs w:val="18"/>
      </w:rPr>
      <w:t>September 2025</w:t>
    </w:r>
  </w:p>
  <w:p w14:paraId="433ECD7A" w14:textId="359791E4" w:rsidR="00D91734" w:rsidRPr="00E26C15" w:rsidRDefault="00D91734" w:rsidP="00D91734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>Next Review:</w:t>
    </w:r>
    <w:r>
      <w:rPr>
        <w:rFonts w:ascii="Arial" w:hAnsi="Arial" w:cs="Arial"/>
        <w:noProof/>
        <w:sz w:val="18"/>
        <w:szCs w:val="18"/>
      </w:rPr>
      <w:t xml:space="preserve"> </w:t>
    </w:r>
    <w:r w:rsidR="00B93B82">
      <w:rPr>
        <w:rFonts w:ascii="Arial" w:hAnsi="Arial" w:cs="Arial"/>
        <w:noProof/>
        <w:sz w:val="18"/>
        <w:szCs w:val="18"/>
      </w:rPr>
      <w:t>September 2026</w:t>
    </w:r>
    <w:r w:rsidRPr="00E26C15">
      <w:rPr>
        <w:rFonts w:ascii="Arial" w:hAnsi="Arial" w:cs="Arial"/>
        <w:noProof/>
        <w:sz w:val="18"/>
        <w:szCs w:val="18"/>
      </w:rPr>
      <w:t xml:space="preserve"> </w:t>
    </w:r>
  </w:p>
  <w:p w14:paraId="5B5D8E32" w14:textId="4EA33244" w:rsidR="00D91734" w:rsidRDefault="00D91734" w:rsidP="00D91734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Version: </w:t>
    </w:r>
    <w:r>
      <w:rPr>
        <w:rFonts w:ascii="Arial" w:hAnsi="Arial" w:cs="Arial"/>
        <w:noProof/>
        <w:sz w:val="18"/>
        <w:szCs w:val="18"/>
      </w:rPr>
      <w:t>1</w:t>
    </w:r>
  </w:p>
  <w:p w14:paraId="4B65DE9F" w14:textId="77777777" w:rsidR="00D91734" w:rsidRDefault="00D9173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BF4F6" w14:textId="77777777" w:rsidR="00B93B82" w:rsidRDefault="00B93B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40301817">
    <w:abstractNumId w:val="8"/>
  </w:num>
  <w:num w:numId="2" w16cid:durableId="961033567">
    <w:abstractNumId w:val="6"/>
  </w:num>
  <w:num w:numId="3" w16cid:durableId="111364863">
    <w:abstractNumId w:val="5"/>
  </w:num>
  <w:num w:numId="4" w16cid:durableId="1963606917">
    <w:abstractNumId w:val="4"/>
  </w:num>
  <w:num w:numId="5" w16cid:durableId="1587767969">
    <w:abstractNumId w:val="7"/>
  </w:num>
  <w:num w:numId="6" w16cid:durableId="681473268">
    <w:abstractNumId w:val="3"/>
  </w:num>
  <w:num w:numId="7" w16cid:durableId="428543183">
    <w:abstractNumId w:val="2"/>
  </w:num>
  <w:num w:numId="8" w16cid:durableId="2110275846">
    <w:abstractNumId w:val="1"/>
  </w:num>
  <w:num w:numId="9" w16cid:durableId="26297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74263"/>
    <w:rsid w:val="0015074B"/>
    <w:rsid w:val="0029639D"/>
    <w:rsid w:val="00326F90"/>
    <w:rsid w:val="0035703D"/>
    <w:rsid w:val="004D0CEE"/>
    <w:rsid w:val="007307F9"/>
    <w:rsid w:val="00AA1D8D"/>
    <w:rsid w:val="00B47730"/>
    <w:rsid w:val="00B93B82"/>
    <w:rsid w:val="00C6792E"/>
    <w:rsid w:val="00CB0664"/>
    <w:rsid w:val="00D56FF9"/>
    <w:rsid w:val="00D91734"/>
    <w:rsid w:val="00E620F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707F47D9"/>
  <w14:defaultImageDpi w14:val="300"/>
  <w15:docId w15:val="{7362C2AE-1E88-4E1B-BC88-9212A72FF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Daniella Pinnelli</cp:lastModifiedBy>
  <cp:revision>3</cp:revision>
  <dcterms:created xsi:type="dcterms:W3CDTF">2026-01-27T11:00:00Z</dcterms:created>
  <dcterms:modified xsi:type="dcterms:W3CDTF">2026-01-29T14:07:00Z</dcterms:modified>
  <cp:category/>
</cp:coreProperties>
</file>